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F6E601" w14:textId="77777777" w:rsidR="00847153" w:rsidRPr="00847153" w:rsidRDefault="00000000" w:rsidP="00847153">
      <w:pPr>
        <w:spacing w:after="0" w:line="264" w:lineRule="auto"/>
        <w:jc w:val="center"/>
        <w:rPr>
          <w:b/>
          <w:sz w:val="28"/>
          <w:szCs w:val="28"/>
          <w:lang w:val="vi-VN"/>
        </w:rPr>
      </w:pPr>
      <w:r w:rsidRPr="00847153">
        <w:rPr>
          <w:b/>
          <w:sz w:val="28"/>
          <w:szCs w:val="28"/>
        </w:rPr>
        <w:t xml:space="preserve">PHỤ LỤC </w:t>
      </w:r>
    </w:p>
    <w:p w14:paraId="6FDE86B1" w14:textId="77777777" w:rsidR="00847153" w:rsidRPr="00847153" w:rsidRDefault="00000000" w:rsidP="00847153">
      <w:pPr>
        <w:spacing w:after="0" w:line="264" w:lineRule="auto"/>
        <w:jc w:val="center"/>
        <w:rPr>
          <w:b/>
          <w:sz w:val="28"/>
          <w:szCs w:val="28"/>
          <w:lang w:val="vi-VN"/>
        </w:rPr>
      </w:pPr>
      <w:r w:rsidRPr="00847153">
        <w:rPr>
          <w:b/>
          <w:sz w:val="28"/>
          <w:szCs w:val="28"/>
        </w:rPr>
        <w:t xml:space="preserve">DANH MỤC TÀI SẢN, THIẾT BỊ VÀ PHẦN MỀM </w:t>
      </w:r>
    </w:p>
    <w:p w14:paraId="45E94229" w14:textId="1A88DC7B" w:rsidR="00847153" w:rsidRPr="00847153" w:rsidRDefault="00000000" w:rsidP="00847153">
      <w:pPr>
        <w:spacing w:after="0" w:line="264" w:lineRule="auto"/>
        <w:jc w:val="center"/>
        <w:rPr>
          <w:sz w:val="28"/>
          <w:szCs w:val="28"/>
          <w:lang w:val="vi-VN"/>
        </w:rPr>
      </w:pPr>
      <w:r w:rsidRPr="00847153">
        <w:rPr>
          <w:b/>
          <w:sz w:val="28"/>
          <w:szCs w:val="28"/>
        </w:rPr>
        <w:t>CỦA HỆ THỐNG ĐẦU TƯ MỚI</w:t>
      </w:r>
    </w:p>
    <w:p w14:paraId="4DC518A5" w14:textId="4A1CAC7A" w:rsidR="00B32DF4" w:rsidRPr="00847153" w:rsidRDefault="00000000" w:rsidP="00847153">
      <w:pPr>
        <w:jc w:val="center"/>
        <w:rPr>
          <w:sz w:val="28"/>
          <w:szCs w:val="28"/>
        </w:rPr>
      </w:pPr>
      <w:r w:rsidRPr="00847153">
        <w:rPr>
          <w:i/>
          <w:sz w:val="28"/>
          <w:szCs w:val="28"/>
        </w:rPr>
        <w:t>Kèm theo Thông báo số ......../TB-TTQLNGĐXD</w:t>
      </w:r>
      <w:r w:rsidR="00847153" w:rsidRPr="00847153">
        <w:rPr>
          <w:i/>
          <w:sz w:val="28"/>
          <w:szCs w:val="28"/>
          <w:lang w:val="vi-VN"/>
        </w:rPr>
        <w:t>-TTLT</w:t>
      </w:r>
      <w:r w:rsidRPr="00847153">
        <w:rPr>
          <w:i/>
          <w:sz w:val="28"/>
          <w:szCs w:val="28"/>
        </w:rPr>
        <w:t xml:space="preserve"> ngày ..... tháng ..... năm 2026 của Trung tâm Quản lý nhà và Giám định xây dựng.</w:t>
      </w:r>
    </w:p>
    <w:p w14:paraId="1D4F5320" w14:textId="7DC23CA9" w:rsidR="00B32DF4" w:rsidRPr="00847153" w:rsidRDefault="00B32DF4">
      <w:pPr>
        <w:spacing w:before="200"/>
        <w:rPr>
          <w:sz w:val="28"/>
          <w:szCs w:val="28"/>
        </w:rPr>
      </w:pPr>
    </w:p>
    <w:p w14:paraId="0734BCA8" w14:textId="4109BBD8" w:rsidR="00B32DF4" w:rsidRPr="00847153" w:rsidRDefault="00847153">
      <w:pPr>
        <w:jc w:val="both"/>
        <w:rPr>
          <w:sz w:val="28"/>
          <w:szCs w:val="28"/>
        </w:rPr>
      </w:pPr>
      <w:r w:rsidRPr="00847153">
        <w:rPr>
          <w:sz w:val="28"/>
          <w:szCs w:val="28"/>
          <w:lang w:val="vi-VN"/>
        </w:rPr>
        <w:t xml:space="preserve">- </w:t>
      </w:r>
      <w:r w:rsidR="00000000" w:rsidRPr="00847153">
        <w:rPr>
          <w:sz w:val="28"/>
          <w:szCs w:val="28"/>
        </w:rPr>
        <w:t xml:space="preserve">Danh mục dưới đây là tài sản, thiết bị và phần mềm dự kiến đầu tư của nhiệm vụ </w:t>
      </w:r>
      <w:r w:rsidR="00000000" w:rsidRPr="00847153">
        <w:rPr>
          <w:i/>
          <w:sz w:val="28"/>
          <w:szCs w:val="28"/>
        </w:rPr>
        <w:t>"Nâng cấp hạ tầng công nghệ thông tin tại Trung tâm Quản lý nhà và Giám định xây dựng"</w:t>
      </w:r>
      <w:r w:rsidR="00000000" w:rsidRPr="00847153">
        <w:rPr>
          <w:sz w:val="28"/>
          <w:szCs w:val="28"/>
        </w:rPr>
        <w:t>, lập trên cơ sở báo giá của nhà cung cấp và hồ sơ cấu hình chi tiết.</w:t>
      </w:r>
    </w:p>
    <w:p w14:paraId="0D363E32" w14:textId="54A82D5A" w:rsidR="00B32DF4" w:rsidRPr="00847153" w:rsidRDefault="00847153">
      <w:pPr>
        <w:jc w:val="both"/>
        <w:rPr>
          <w:sz w:val="28"/>
          <w:szCs w:val="28"/>
        </w:rPr>
      </w:pPr>
      <w:r w:rsidRPr="00847153">
        <w:rPr>
          <w:sz w:val="28"/>
          <w:szCs w:val="28"/>
          <w:lang w:val="vi-VN"/>
        </w:rPr>
        <w:t xml:space="preserve">- </w:t>
      </w:r>
      <w:r w:rsidR="00000000" w:rsidRPr="00847153">
        <w:rPr>
          <w:sz w:val="28"/>
          <w:szCs w:val="28"/>
        </w:rPr>
        <w:t>Phụ lục này dùng để mô tả phạm vi và quy mô khối tài sản, làm cơ sở để tổ chức, cá nhân cung cấp báo giá xác định khối lượng công việc dịch vụ của mình. Đây không phải yêu cầu chào hàng thiết bị — Trung tâm không mời báo giá thiết bị theo Phụ lục này.</w:t>
      </w:r>
    </w:p>
    <w:p w14:paraId="74FCAA60" w14:textId="14EDFC14" w:rsidR="00B32DF4" w:rsidRPr="00847153" w:rsidRDefault="00847153">
      <w:pPr>
        <w:jc w:val="both"/>
        <w:rPr>
          <w:sz w:val="28"/>
          <w:szCs w:val="28"/>
        </w:rPr>
      </w:pPr>
      <w:r w:rsidRPr="00847153">
        <w:rPr>
          <w:sz w:val="28"/>
          <w:szCs w:val="28"/>
          <w:lang w:val="vi-VN"/>
        </w:rPr>
        <w:t xml:space="preserve">- </w:t>
      </w:r>
      <w:r w:rsidR="00000000" w:rsidRPr="00847153">
        <w:rPr>
          <w:sz w:val="28"/>
          <w:szCs w:val="28"/>
        </w:rPr>
        <w:t xml:space="preserve">Chủng loại và mã sản phẩm nêu trong danh mục là </w:t>
      </w:r>
      <w:r w:rsidR="00000000" w:rsidRPr="00847153">
        <w:rPr>
          <w:bCs/>
          <w:sz w:val="28"/>
          <w:szCs w:val="28"/>
        </w:rPr>
        <w:t>cấu hình dự kiến tại thời điểm lập,</w:t>
      </w:r>
      <w:r w:rsidR="00000000" w:rsidRPr="00847153">
        <w:rPr>
          <w:sz w:val="28"/>
          <w:szCs w:val="28"/>
        </w:rPr>
        <w:t xml:space="preserve"> có thể thay đổi khi lập báo cáo kinh tế – kỹ thuật và tổ chức lựa chọn nhà thầu.</w:t>
      </w:r>
    </w:p>
    <w:p w14:paraId="1C211725" w14:textId="77777777" w:rsidR="00B32DF4" w:rsidRPr="00847153" w:rsidRDefault="00000000">
      <w:pPr>
        <w:spacing w:before="200"/>
        <w:rPr>
          <w:sz w:val="28"/>
          <w:szCs w:val="28"/>
        </w:rPr>
      </w:pPr>
      <w:r w:rsidRPr="00847153">
        <w:rPr>
          <w:b/>
          <w:sz w:val="28"/>
          <w:szCs w:val="28"/>
        </w:rPr>
        <w:t>I. NHÓM THIẾT BỊ, PHẦN MỀM BẢO ĐẢM AN TOÀN THÔNG TIN, SAO LƯU VÀ GIÁM SÁT</w:t>
      </w:r>
    </w:p>
    <w:tbl>
      <w:tblPr>
        <w:tblStyle w:val="TableGrid"/>
        <w:tblW w:w="0" w:type="auto"/>
        <w:jc w:val="center"/>
        <w:tblLook w:val="04A0" w:firstRow="1" w:lastRow="0" w:firstColumn="1" w:lastColumn="0" w:noHBand="0" w:noVBand="1"/>
      </w:tblPr>
      <w:tblGrid>
        <w:gridCol w:w="709"/>
        <w:gridCol w:w="7371"/>
        <w:gridCol w:w="1274"/>
      </w:tblGrid>
      <w:tr w:rsidR="00B32DF4" w:rsidRPr="00847153" w14:paraId="2C3E7599" w14:textId="77777777" w:rsidTr="00847153">
        <w:trPr>
          <w:jc w:val="center"/>
        </w:trPr>
        <w:tc>
          <w:tcPr>
            <w:tcW w:w="709" w:type="dxa"/>
          </w:tcPr>
          <w:p w14:paraId="3C819A11" w14:textId="77777777" w:rsidR="00B32DF4" w:rsidRPr="00847153" w:rsidRDefault="00000000">
            <w:pPr>
              <w:spacing w:before="40" w:after="40"/>
              <w:jc w:val="center"/>
              <w:rPr>
                <w:sz w:val="28"/>
                <w:szCs w:val="28"/>
              </w:rPr>
            </w:pPr>
            <w:r w:rsidRPr="00847153">
              <w:rPr>
                <w:b/>
                <w:sz w:val="28"/>
                <w:szCs w:val="28"/>
              </w:rPr>
              <w:t>TT</w:t>
            </w:r>
          </w:p>
        </w:tc>
        <w:tc>
          <w:tcPr>
            <w:tcW w:w="7371" w:type="dxa"/>
          </w:tcPr>
          <w:p w14:paraId="53005DC9" w14:textId="77777777" w:rsidR="00B32DF4" w:rsidRPr="00847153" w:rsidRDefault="00000000">
            <w:pPr>
              <w:spacing w:before="40" w:after="40"/>
              <w:jc w:val="center"/>
              <w:rPr>
                <w:sz w:val="28"/>
                <w:szCs w:val="28"/>
              </w:rPr>
            </w:pPr>
            <w:r w:rsidRPr="00847153">
              <w:rPr>
                <w:b/>
                <w:sz w:val="28"/>
                <w:szCs w:val="28"/>
              </w:rPr>
              <w:t>Thiết bị, phần mềm</w:t>
            </w:r>
          </w:p>
        </w:tc>
        <w:tc>
          <w:tcPr>
            <w:tcW w:w="1274" w:type="dxa"/>
          </w:tcPr>
          <w:p w14:paraId="501AB92B" w14:textId="77777777" w:rsidR="00B32DF4" w:rsidRPr="00847153" w:rsidRDefault="00000000">
            <w:pPr>
              <w:spacing w:before="40" w:after="40"/>
              <w:jc w:val="center"/>
              <w:rPr>
                <w:sz w:val="28"/>
                <w:szCs w:val="28"/>
              </w:rPr>
            </w:pPr>
            <w:r w:rsidRPr="00847153">
              <w:rPr>
                <w:b/>
                <w:sz w:val="28"/>
                <w:szCs w:val="28"/>
              </w:rPr>
              <w:t>Số lượng</w:t>
            </w:r>
          </w:p>
        </w:tc>
      </w:tr>
      <w:tr w:rsidR="00B32DF4" w:rsidRPr="00847153" w14:paraId="7DB0AC87" w14:textId="77777777" w:rsidTr="00847153">
        <w:trPr>
          <w:jc w:val="center"/>
        </w:trPr>
        <w:tc>
          <w:tcPr>
            <w:tcW w:w="709" w:type="dxa"/>
          </w:tcPr>
          <w:p w14:paraId="7332334A" w14:textId="77777777" w:rsidR="00B32DF4" w:rsidRPr="00847153" w:rsidRDefault="00000000">
            <w:pPr>
              <w:spacing w:before="40" w:after="40"/>
              <w:rPr>
                <w:sz w:val="28"/>
                <w:szCs w:val="28"/>
              </w:rPr>
            </w:pPr>
            <w:r w:rsidRPr="00847153">
              <w:rPr>
                <w:sz w:val="28"/>
                <w:szCs w:val="28"/>
              </w:rPr>
              <w:t>1</w:t>
            </w:r>
          </w:p>
        </w:tc>
        <w:tc>
          <w:tcPr>
            <w:tcW w:w="7371" w:type="dxa"/>
          </w:tcPr>
          <w:p w14:paraId="67E68D60" w14:textId="77777777" w:rsidR="00B32DF4" w:rsidRPr="00847153" w:rsidRDefault="00000000">
            <w:pPr>
              <w:spacing w:before="40" w:after="40"/>
              <w:rPr>
                <w:sz w:val="28"/>
                <w:szCs w:val="28"/>
              </w:rPr>
            </w:pPr>
            <w:r w:rsidRPr="00847153">
              <w:rPr>
                <w:sz w:val="28"/>
                <w:szCs w:val="28"/>
              </w:rPr>
              <w:t>Tường lửa Cisco Secure Firewall 1220 (Threat Defense)</w:t>
            </w:r>
          </w:p>
        </w:tc>
        <w:tc>
          <w:tcPr>
            <w:tcW w:w="1274" w:type="dxa"/>
          </w:tcPr>
          <w:p w14:paraId="12CA8082" w14:textId="77777777" w:rsidR="00B32DF4" w:rsidRPr="00847153" w:rsidRDefault="00000000">
            <w:pPr>
              <w:spacing w:before="40" w:after="40"/>
              <w:rPr>
                <w:sz w:val="28"/>
                <w:szCs w:val="28"/>
              </w:rPr>
            </w:pPr>
            <w:r w:rsidRPr="00847153">
              <w:rPr>
                <w:sz w:val="28"/>
                <w:szCs w:val="28"/>
              </w:rPr>
              <w:t>02</w:t>
            </w:r>
          </w:p>
        </w:tc>
      </w:tr>
      <w:tr w:rsidR="00B32DF4" w:rsidRPr="00847153" w14:paraId="126E3FB7" w14:textId="77777777" w:rsidTr="00847153">
        <w:trPr>
          <w:jc w:val="center"/>
        </w:trPr>
        <w:tc>
          <w:tcPr>
            <w:tcW w:w="709" w:type="dxa"/>
          </w:tcPr>
          <w:p w14:paraId="7DD7A4CF" w14:textId="77777777" w:rsidR="00B32DF4" w:rsidRPr="00847153" w:rsidRDefault="00000000">
            <w:pPr>
              <w:spacing w:before="40" w:after="40"/>
              <w:rPr>
                <w:sz w:val="28"/>
                <w:szCs w:val="28"/>
              </w:rPr>
            </w:pPr>
            <w:r w:rsidRPr="00847153">
              <w:rPr>
                <w:sz w:val="28"/>
                <w:szCs w:val="28"/>
              </w:rPr>
              <w:t>2</w:t>
            </w:r>
          </w:p>
        </w:tc>
        <w:tc>
          <w:tcPr>
            <w:tcW w:w="7371" w:type="dxa"/>
          </w:tcPr>
          <w:p w14:paraId="54DA9D72" w14:textId="77777777" w:rsidR="00B32DF4" w:rsidRPr="00847153" w:rsidRDefault="00000000">
            <w:pPr>
              <w:spacing w:before="40" w:after="40"/>
              <w:rPr>
                <w:sz w:val="28"/>
                <w:szCs w:val="28"/>
              </w:rPr>
            </w:pPr>
            <w:r w:rsidRPr="00847153">
              <w:rPr>
                <w:sz w:val="28"/>
                <w:szCs w:val="28"/>
              </w:rPr>
              <w:t>Bản quyền Threat Defense IPS, Malware &amp; URL cho tường lửa</w:t>
            </w:r>
          </w:p>
        </w:tc>
        <w:tc>
          <w:tcPr>
            <w:tcW w:w="1274" w:type="dxa"/>
          </w:tcPr>
          <w:p w14:paraId="61D70F2E" w14:textId="77777777" w:rsidR="00B32DF4" w:rsidRPr="00847153" w:rsidRDefault="00000000">
            <w:pPr>
              <w:spacing w:before="40" w:after="40"/>
              <w:rPr>
                <w:sz w:val="28"/>
                <w:szCs w:val="28"/>
              </w:rPr>
            </w:pPr>
            <w:r w:rsidRPr="00847153">
              <w:rPr>
                <w:sz w:val="28"/>
                <w:szCs w:val="28"/>
              </w:rPr>
              <w:t>02</w:t>
            </w:r>
          </w:p>
        </w:tc>
      </w:tr>
      <w:tr w:rsidR="00B32DF4" w:rsidRPr="00847153" w14:paraId="17197E8E" w14:textId="77777777" w:rsidTr="00847153">
        <w:trPr>
          <w:jc w:val="center"/>
        </w:trPr>
        <w:tc>
          <w:tcPr>
            <w:tcW w:w="709" w:type="dxa"/>
          </w:tcPr>
          <w:p w14:paraId="2A8F0774" w14:textId="77777777" w:rsidR="00B32DF4" w:rsidRPr="00847153" w:rsidRDefault="00000000">
            <w:pPr>
              <w:spacing w:before="40" w:after="40"/>
              <w:rPr>
                <w:sz w:val="28"/>
                <w:szCs w:val="28"/>
              </w:rPr>
            </w:pPr>
            <w:r w:rsidRPr="00847153">
              <w:rPr>
                <w:sz w:val="28"/>
                <w:szCs w:val="28"/>
              </w:rPr>
              <w:t>3</w:t>
            </w:r>
          </w:p>
        </w:tc>
        <w:tc>
          <w:tcPr>
            <w:tcW w:w="7371" w:type="dxa"/>
          </w:tcPr>
          <w:p w14:paraId="4C1DBAEA" w14:textId="77777777" w:rsidR="00B32DF4" w:rsidRPr="00847153" w:rsidRDefault="00000000">
            <w:pPr>
              <w:spacing w:before="40" w:after="40"/>
              <w:rPr>
                <w:sz w:val="28"/>
                <w:szCs w:val="28"/>
              </w:rPr>
            </w:pPr>
            <w:r w:rsidRPr="00847153">
              <w:rPr>
                <w:sz w:val="28"/>
                <w:szCs w:val="28"/>
              </w:rPr>
              <w:t>Phần mềm quản trị tập trung tường lửa Cisco Firepower Management Center</w:t>
            </w:r>
          </w:p>
        </w:tc>
        <w:tc>
          <w:tcPr>
            <w:tcW w:w="1274" w:type="dxa"/>
          </w:tcPr>
          <w:p w14:paraId="2B9891AE" w14:textId="77777777" w:rsidR="00B32DF4" w:rsidRPr="00847153" w:rsidRDefault="00000000">
            <w:pPr>
              <w:spacing w:before="40" w:after="40"/>
              <w:rPr>
                <w:sz w:val="28"/>
                <w:szCs w:val="28"/>
              </w:rPr>
            </w:pPr>
            <w:r w:rsidRPr="00847153">
              <w:rPr>
                <w:sz w:val="28"/>
                <w:szCs w:val="28"/>
              </w:rPr>
              <w:t>01</w:t>
            </w:r>
          </w:p>
        </w:tc>
      </w:tr>
      <w:tr w:rsidR="00B32DF4" w:rsidRPr="00847153" w14:paraId="48C18DF7" w14:textId="77777777" w:rsidTr="00847153">
        <w:trPr>
          <w:jc w:val="center"/>
        </w:trPr>
        <w:tc>
          <w:tcPr>
            <w:tcW w:w="709" w:type="dxa"/>
          </w:tcPr>
          <w:p w14:paraId="4818C5DB" w14:textId="77777777" w:rsidR="00B32DF4" w:rsidRPr="00847153" w:rsidRDefault="00000000">
            <w:pPr>
              <w:spacing w:before="40" w:after="40"/>
              <w:rPr>
                <w:sz w:val="28"/>
                <w:szCs w:val="28"/>
              </w:rPr>
            </w:pPr>
            <w:r w:rsidRPr="00847153">
              <w:rPr>
                <w:sz w:val="28"/>
                <w:szCs w:val="28"/>
              </w:rPr>
              <w:t>4</w:t>
            </w:r>
          </w:p>
        </w:tc>
        <w:tc>
          <w:tcPr>
            <w:tcW w:w="7371" w:type="dxa"/>
          </w:tcPr>
          <w:p w14:paraId="796B4C34" w14:textId="77777777" w:rsidR="00B32DF4" w:rsidRPr="00847153" w:rsidRDefault="00000000">
            <w:pPr>
              <w:spacing w:before="40" w:after="40"/>
              <w:rPr>
                <w:sz w:val="28"/>
                <w:szCs w:val="28"/>
              </w:rPr>
            </w:pPr>
            <w:r w:rsidRPr="00847153">
              <w:rPr>
                <w:sz w:val="28"/>
                <w:szCs w:val="28"/>
              </w:rPr>
              <w:t>Phần mềm sao lưu, phục hồi dữ liệu Acronis Cyber Protect – Backup Advanced</w:t>
            </w:r>
          </w:p>
        </w:tc>
        <w:tc>
          <w:tcPr>
            <w:tcW w:w="1274" w:type="dxa"/>
          </w:tcPr>
          <w:p w14:paraId="24576B71" w14:textId="77777777" w:rsidR="00B32DF4" w:rsidRPr="00847153" w:rsidRDefault="00000000">
            <w:pPr>
              <w:spacing w:before="40" w:after="40"/>
              <w:rPr>
                <w:sz w:val="28"/>
                <w:szCs w:val="28"/>
              </w:rPr>
            </w:pPr>
            <w:r w:rsidRPr="00847153">
              <w:rPr>
                <w:sz w:val="28"/>
                <w:szCs w:val="28"/>
              </w:rPr>
              <w:t>02</w:t>
            </w:r>
          </w:p>
        </w:tc>
      </w:tr>
      <w:tr w:rsidR="00B32DF4" w:rsidRPr="00847153" w14:paraId="4A18062A" w14:textId="77777777" w:rsidTr="00847153">
        <w:trPr>
          <w:jc w:val="center"/>
        </w:trPr>
        <w:tc>
          <w:tcPr>
            <w:tcW w:w="709" w:type="dxa"/>
          </w:tcPr>
          <w:p w14:paraId="4470143F" w14:textId="77777777" w:rsidR="00B32DF4" w:rsidRPr="00847153" w:rsidRDefault="00000000">
            <w:pPr>
              <w:spacing w:before="40" w:after="40"/>
              <w:rPr>
                <w:sz w:val="28"/>
                <w:szCs w:val="28"/>
              </w:rPr>
            </w:pPr>
            <w:r w:rsidRPr="00847153">
              <w:rPr>
                <w:sz w:val="28"/>
                <w:szCs w:val="28"/>
              </w:rPr>
              <w:t>5</w:t>
            </w:r>
          </w:p>
        </w:tc>
        <w:tc>
          <w:tcPr>
            <w:tcW w:w="7371" w:type="dxa"/>
          </w:tcPr>
          <w:p w14:paraId="1AC594B9" w14:textId="77777777" w:rsidR="00B32DF4" w:rsidRPr="00847153" w:rsidRDefault="00000000">
            <w:pPr>
              <w:spacing w:before="40" w:after="40"/>
              <w:rPr>
                <w:sz w:val="28"/>
                <w:szCs w:val="28"/>
              </w:rPr>
            </w:pPr>
            <w:r w:rsidRPr="00847153">
              <w:rPr>
                <w:sz w:val="28"/>
                <w:szCs w:val="28"/>
              </w:rPr>
              <w:t>Phần mềm giám sát hạ tầng SolarWinds Observability Self-Hosted (đến 100 nút)</w:t>
            </w:r>
          </w:p>
        </w:tc>
        <w:tc>
          <w:tcPr>
            <w:tcW w:w="1274" w:type="dxa"/>
          </w:tcPr>
          <w:p w14:paraId="28E73CE6" w14:textId="77777777" w:rsidR="00B32DF4" w:rsidRPr="00847153" w:rsidRDefault="00000000">
            <w:pPr>
              <w:spacing w:before="40" w:after="40"/>
              <w:rPr>
                <w:sz w:val="28"/>
                <w:szCs w:val="28"/>
              </w:rPr>
            </w:pPr>
            <w:r w:rsidRPr="00847153">
              <w:rPr>
                <w:sz w:val="28"/>
                <w:szCs w:val="28"/>
              </w:rPr>
              <w:t>01</w:t>
            </w:r>
          </w:p>
        </w:tc>
      </w:tr>
    </w:tbl>
    <w:p w14:paraId="16B16575" w14:textId="77777777" w:rsidR="00B32DF4" w:rsidRPr="00847153" w:rsidRDefault="00B32DF4">
      <w:pPr>
        <w:spacing w:after="40"/>
        <w:rPr>
          <w:sz w:val="28"/>
          <w:szCs w:val="28"/>
          <w:lang w:val="vi-VN"/>
        </w:rPr>
      </w:pPr>
    </w:p>
    <w:p w14:paraId="2E8DF812" w14:textId="77777777" w:rsidR="00B32DF4" w:rsidRPr="00847153" w:rsidRDefault="00000000">
      <w:pPr>
        <w:spacing w:before="200"/>
        <w:rPr>
          <w:sz w:val="28"/>
          <w:szCs w:val="28"/>
        </w:rPr>
      </w:pPr>
      <w:r w:rsidRPr="00847153">
        <w:rPr>
          <w:b/>
          <w:sz w:val="28"/>
          <w:szCs w:val="28"/>
        </w:rPr>
        <w:t>II. NHÓM THIẾT BỊ HẠ TẦNG DÙNG CHUNG</w:t>
      </w:r>
    </w:p>
    <w:tbl>
      <w:tblPr>
        <w:tblStyle w:val="TableGrid"/>
        <w:tblW w:w="0" w:type="auto"/>
        <w:jc w:val="center"/>
        <w:tblLook w:val="04A0" w:firstRow="1" w:lastRow="0" w:firstColumn="1" w:lastColumn="0" w:noHBand="0" w:noVBand="1"/>
      </w:tblPr>
      <w:tblGrid>
        <w:gridCol w:w="851"/>
        <w:gridCol w:w="6946"/>
        <w:gridCol w:w="1557"/>
      </w:tblGrid>
      <w:tr w:rsidR="00B32DF4" w:rsidRPr="00847153" w14:paraId="3668473A" w14:textId="77777777" w:rsidTr="00847153">
        <w:trPr>
          <w:jc w:val="center"/>
        </w:trPr>
        <w:tc>
          <w:tcPr>
            <w:tcW w:w="851" w:type="dxa"/>
          </w:tcPr>
          <w:p w14:paraId="177297B8" w14:textId="77777777" w:rsidR="00B32DF4" w:rsidRPr="00847153" w:rsidRDefault="00000000">
            <w:pPr>
              <w:spacing w:before="40" w:after="40"/>
              <w:jc w:val="center"/>
              <w:rPr>
                <w:sz w:val="28"/>
                <w:szCs w:val="28"/>
              </w:rPr>
            </w:pPr>
            <w:r w:rsidRPr="00847153">
              <w:rPr>
                <w:b/>
                <w:sz w:val="28"/>
                <w:szCs w:val="28"/>
              </w:rPr>
              <w:t>TT</w:t>
            </w:r>
          </w:p>
        </w:tc>
        <w:tc>
          <w:tcPr>
            <w:tcW w:w="6946" w:type="dxa"/>
          </w:tcPr>
          <w:p w14:paraId="223324C5" w14:textId="77777777" w:rsidR="00B32DF4" w:rsidRPr="00847153" w:rsidRDefault="00000000">
            <w:pPr>
              <w:spacing w:before="40" w:after="40"/>
              <w:jc w:val="center"/>
              <w:rPr>
                <w:sz w:val="28"/>
                <w:szCs w:val="28"/>
              </w:rPr>
            </w:pPr>
            <w:r w:rsidRPr="00847153">
              <w:rPr>
                <w:b/>
                <w:sz w:val="28"/>
                <w:szCs w:val="28"/>
              </w:rPr>
              <w:t>Thiết bị, phần mềm</w:t>
            </w:r>
          </w:p>
        </w:tc>
        <w:tc>
          <w:tcPr>
            <w:tcW w:w="1557" w:type="dxa"/>
          </w:tcPr>
          <w:p w14:paraId="1F165284" w14:textId="77777777" w:rsidR="00B32DF4" w:rsidRPr="00847153" w:rsidRDefault="00000000">
            <w:pPr>
              <w:spacing w:before="40" w:after="40"/>
              <w:jc w:val="center"/>
              <w:rPr>
                <w:sz w:val="28"/>
                <w:szCs w:val="28"/>
              </w:rPr>
            </w:pPr>
            <w:r w:rsidRPr="00847153">
              <w:rPr>
                <w:b/>
                <w:sz w:val="28"/>
                <w:szCs w:val="28"/>
              </w:rPr>
              <w:t>Số lượng</w:t>
            </w:r>
          </w:p>
        </w:tc>
      </w:tr>
      <w:tr w:rsidR="00B32DF4" w:rsidRPr="00847153" w14:paraId="5338705C" w14:textId="77777777" w:rsidTr="00847153">
        <w:trPr>
          <w:jc w:val="center"/>
        </w:trPr>
        <w:tc>
          <w:tcPr>
            <w:tcW w:w="851" w:type="dxa"/>
          </w:tcPr>
          <w:p w14:paraId="59815B87" w14:textId="77777777" w:rsidR="00B32DF4" w:rsidRPr="00847153" w:rsidRDefault="00000000">
            <w:pPr>
              <w:spacing w:before="40" w:after="40"/>
              <w:rPr>
                <w:sz w:val="28"/>
                <w:szCs w:val="28"/>
              </w:rPr>
            </w:pPr>
            <w:r w:rsidRPr="00847153">
              <w:rPr>
                <w:sz w:val="28"/>
                <w:szCs w:val="28"/>
              </w:rPr>
              <w:t>1</w:t>
            </w:r>
          </w:p>
        </w:tc>
        <w:tc>
          <w:tcPr>
            <w:tcW w:w="6946" w:type="dxa"/>
          </w:tcPr>
          <w:p w14:paraId="52A1339E" w14:textId="77777777" w:rsidR="00B32DF4" w:rsidRPr="00847153" w:rsidRDefault="00000000">
            <w:pPr>
              <w:spacing w:before="40" w:after="40"/>
              <w:rPr>
                <w:sz w:val="28"/>
                <w:szCs w:val="28"/>
              </w:rPr>
            </w:pPr>
            <w:r w:rsidRPr="00847153">
              <w:rPr>
                <w:sz w:val="28"/>
                <w:szCs w:val="28"/>
              </w:rPr>
              <w:t>Máy chủ ứng dụng, máy chủ tệp HPE ProLiant DL360 Gen12</w:t>
            </w:r>
          </w:p>
        </w:tc>
        <w:tc>
          <w:tcPr>
            <w:tcW w:w="1557" w:type="dxa"/>
          </w:tcPr>
          <w:p w14:paraId="0D460B9E" w14:textId="77777777" w:rsidR="00B32DF4" w:rsidRPr="00847153" w:rsidRDefault="00000000">
            <w:pPr>
              <w:spacing w:before="40" w:after="40"/>
              <w:rPr>
                <w:sz w:val="28"/>
                <w:szCs w:val="28"/>
              </w:rPr>
            </w:pPr>
            <w:r w:rsidRPr="00847153">
              <w:rPr>
                <w:sz w:val="28"/>
                <w:szCs w:val="28"/>
              </w:rPr>
              <w:t>02</w:t>
            </w:r>
          </w:p>
        </w:tc>
      </w:tr>
      <w:tr w:rsidR="00B32DF4" w:rsidRPr="00847153" w14:paraId="5E26C9C0" w14:textId="77777777" w:rsidTr="00847153">
        <w:trPr>
          <w:jc w:val="center"/>
        </w:trPr>
        <w:tc>
          <w:tcPr>
            <w:tcW w:w="851" w:type="dxa"/>
          </w:tcPr>
          <w:p w14:paraId="373B4999" w14:textId="77777777" w:rsidR="00B32DF4" w:rsidRPr="00847153" w:rsidRDefault="00000000">
            <w:pPr>
              <w:spacing w:before="40" w:after="40"/>
              <w:rPr>
                <w:sz w:val="28"/>
                <w:szCs w:val="28"/>
              </w:rPr>
            </w:pPr>
            <w:r w:rsidRPr="00847153">
              <w:rPr>
                <w:sz w:val="28"/>
                <w:szCs w:val="28"/>
              </w:rPr>
              <w:t>2</w:t>
            </w:r>
          </w:p>
        </w:tc>
        <w:tc>
          <w:tcPr>
            <w:tcW w:w="6946" w:type="dxa"/>
          </w:tcPr>
          <w:p w14:paraId="788333B1" w14:textId="77777777" w:rsidR="00B32DF4" w:rsidRPr="00847153" w:rsidRDefault="00000000">
            <w:pPr>
              <w:spacing w:before="40" w:after="40"/>
              <w:rPr>
                <w:sz w:val="28"/>
                <w:szCs w:val="28"/>
              </w:rPr>
            </w:pPr>
            <w:r w:rsidRPr="00847153">
              <w:rPr>
                <w:sz w:val="28"/>
                <w:szCs w:val="28"/>
              </w:rPr>
              <w:t xml:space="preserve">Thiết bị lưu trữ SAN HPE MSA 2072 (Fibre Channel </w:t>
            </w:r>
            <w:r w:rsidRPr="00847153">
              <w:rPr>
                <w:sz w:val="28"/>
                <w:szCs w:val="28"/>
              </w:rPr>
              <w:lastRenderedPageBreak/>
              <w:t>32Gb) kèm ổ đĩa</w:t>
            </w:r>
          </w:p>
        </w:tc>
        <w:tc>
          <w:tcPr>
            <w:tcW w:w="1557" w:type="dxa"/>
          </w:tcPr>
          <w:p w14:paraId="5C630795" w14:textId="77777777" w:rsidR="00B32DF4" w:rsidRPr="00847153" w:rsidRDefault="00000000">
            <w:pPr>
              <w:spacing w:before="40" w:after="40"/>
              <w:rPr>
                <w:sz w:val="28"/>
                <w:szCs w:val="28"/>
              </w:rPr>
            </w:pPr>
            <w:r w:rsidRPr="00847153">
              <w:rPr>
                <w:sz w:val="28"/>
                <w:szCs w:val="28"/>
              </w:rPr>
              <w:lastRenderedPageBreak/>
              <w:t>01 hệ thống</w:t>
            </w:r>
          </w:p>
        </w:tc>
      </w:tr>
      <w:tr w:rsidR="00B32DF4" w:rsidRPr="00847153" w14:paraId="3A198BD3" w14:textId="77777777" w:rsidTr="00847153">
        <w:trPr>
          <w:jc w:val="center"/>
        </w:trPr>
        <w:tc>
          <w:tcPr>
            <w:tcW w:w="851" w:type="dxa"/>
          </w:tcPr>
          <w:p w14:paraId="1116B6CD" w14:textId="77777777" w:rsidR="00B32DF4" w:rsidRPr="00847153" w:rsidRDefault="00000000">
            <w:pPr>
              <w:spacing w:before="40" w:after="40"/>
              <w:rPr>
                <w:sz w:val="28"/>
                <w:szCs w:val="28"/>
              </w:rPr>
            </w:pPr>
            <w:r w:rsidRPr="00847153">
              <w:rPr>
                <w:sz w:val="28"/>
                <w:szCs w:val="28"/>
              </w:rPr>
              <w:t>3</w:t>
            </w:r>
          </w:p>
        </w:tc>
        <w:tc>
          <w:tcPr>
            <w:tcW w:w="6946" w:type="dxa"/>
          </w:tcPr>
          <w:p w14:paraId="2F6F871A" w14:textId="77777777" w:rsidR="00B32DF4" w:rsidRPr="00847153" w:rsidRDefault="00000000">
            <w:pPr>
              <w:spacing w:before="40" w:after="40"/>
              <w:rPr>
                <w:sz w:val="28"/>
                <w:szCs w:val="28"/>
              </w:rPr>
            </w:pPr>
            <w:r w:rsidRPr="00847153">
              <w:rPr>
                <w:sz w:val="28"/>
                <w:szCs w:val="28"/>
              </w:rPr>
              <w:t>Thiết bị lưu trữ mạng NAS HPE ProLiant DL320 Gen12</w:t>
            </w:r>
          </w:p>
        </w:tc>
        <w:tc>
          <w:tcPr>
            <w:tcW w:w="1557" w:type="dxa"/>
          </w:tcPr>
          <w:p w14:paraId="649EC5DD" w14:textId="77777777" w:rsidR="00B32DF4" w:rsidRPr="00847153" w:rsidRDefault="00000000">
            <w:pPr>
              <w:spacing w:before="40" w:after="40"/>
              <w:rPr>
                <w:sz w:val="28"/>
                <w:szCs w:val="28"/>
              </w:rPr>
            </w:pPr>
            <w:r w:rsidRPr="00847153">
              <w:rPr>
                <w:sz w:val="28"/>
                <w:szCs w:val="28"/>
              </w:rPr>
              <w:t>01</w:t>
            </w:r>
          </w:p>
        </w:tc>
      </w:tr>
      <w:tr w:rsidR="00B32DF4" w:rsidRPr="00847153" w14:paraId="77F77691" w14:textId="77777777" w:rsidTr="00847153">
        <w:trPr>
          <w:jc w:val="center"/>
        </w:trPr>
        <w:tc>
          <w:tcPr>
            <w:tcW w:w="851" w:type="dxa"/>
          </w:tcPr>
          <w:p w14:paraId="0115DDA5" w14:textId="77777777" w:rsidR="00B32DF4" w:rsidRPr="00847153" w:rsidRDefault="00000000">
            <w:pPr>
              <w:spacing w:before="40" w:after="40"/>
              <w:rPr>
                <w:sz w:val="28"/>
                <w:szCs w:val="28"/>
              </w:rPr>
            </w:pPr>
            <w:r w:rsidRPr="00847153">
              <w:rPr>
                <w:sz w:val="28"/>
                <w:szCs w:val="28"/>
              </w:rPr>
              <w:t>4</w:t>
            </w:r>
          </w:p>
        </w:tc>
        <w:tc>
          <w:tcPr>
            <w:tcW w:w="6946" w:type="dxa"/>
          </w:tcPr>
          <w:p w14:paraId="3EE4BB10" w14:textId="77777777" w:rsidR="00B32DF4" w:rsidRPr="00847153" w:rsidRDefault="00000000">
            <w:pPr>
              <w:spacing w:before="40" w:after="40"/>
              <w:rPr>
                <w:sz w:val="28"/>
                <w:szCs w:val="28"/>
              </w:rPr>
            </w:pPr>
            <w:r w:rsidRPr="00847153">
              <w:rPr>
                <w:sz w:val="28"/>
                <w:szCs w:val="28"/>
              </w:rPr>
              <w:t xml:space="preserve">Bản quyền hệ điều hành Windows Server 2025 Standard (16 nhân) — </w:t>
            </w:r>
            <w:r w:rsidRPr="00847153">
              <w:rPr>
                <w:i/>
                <w:sz w:val="28"/>
                <w:szCs w:val="28"/>
              </w:rPr>
              <w:t>hệ thống mới</w:t>
            </w:r>
          </w:p>
        </w:tc>
        <w:tc>
          <w:tcPr>
            <w:tcW w:w="1557" w:type="dxa"/>
          </w:tcPr>
          <w:p w14:paraId="67E93086" w14:textId="77777777" w:rsidR="00B32DF4" w:rsidRPr="00847153" w:rsidRDefault="00000000">
            <w:pPr>
              <w:spacing w:before="40" w:after="40"/>
              <w:rPr>
                <w:sz w:val="28"/>
                <w:szCs w:val="28"/>
              </w:rPr>
            </w:pPr>
            <w:r w:rsidRPr="00847153">
              <w:rPr>
                <w:sz w:val="28"/>
                <w:szCs w:val="28"/>
              </w:rPr>
              <w:t>03</w:t>
            </w:r>
          </w:p>
        </w:tc>
      </w:tr>
      <w:tr w:rsidR="00B32DF4" w:rsidRPr="00847153" w14:paraId="6167537D" w14:textId="77777777" w:rsidTr="00847153">
        <w:trPr>
          <w:jc w:val="center"/>
        </w:trPr>
        <w:tc>
          <w:tcPr>
            <w:tcW w:w="851" w:type="dxa"/>
          </w:tcPr>
          <w:p w14:paraId="6B8C9C79" w14:textId="77777777" w:rsidR="00B32DF4" w:rsidRPr="00847153" w:rsidRDefault="00000000">
            <w:pPr>
              <w:spacing w:before="40" w:after="40"/>
              <w:rPr>
                <w:sz w:val="28"/>
                <w:szCs w:val="28"/>
              </w:rPr>
            </w:pPr>
            <w:r w:rsidRPr="00847153">
              <w:rPr>
                <w:sz w:val="28"/>
                <w:szCs w:val="28"/>
              </w:rPr>
              <w:t>5</w:t>
            </w:r>
          </w:p>
        </w:tc>
        <w:tc>
          <w:tcPr>
            <w:tcW w:w="6946" w:type="dxa"/>
          </w:tcPr>
          <w:p w14:paraId="0C5BBB48" w14:textId="77777777" w:rsidR="00B32DF4" w:rsidRPr="00847153" w:rsidRDefault="00000000">
            <w:pPr>
              <w:spacing w:before="40" w:after="40"/>
              <w:rPr>
                <w:sz w:val="28"/>
                <w:szCs w:val="28"/>
              </w:rPr>
            </w:pPr>
            <w:r w:rsidRPr="00847153">
              <w:rPr>
                <w:sz w:val="28"/>
                <w:szCs w:val="28"/>
              </w:rPr>
              <w:t xml:space="preserve">Bản quyền hệ quản trị cơ sở dữ liệu Microsoft SQL Server 2025 Standard — </w:t>
            </w:r>
            <w:r w:rsidRPr="00847153">
              <w:rPr>
                <w:i/>
                <w:sz w:val="28"/>
                <w:szCs w:val="28"/>
              </w:rPr>
              <w:t>hệ thống mới</w:t>
            </w:r>
          </w:p>
        </w:tc>
        <w:tc>
          <w:tcPr>
            <w:tcW w:w="1557" w:type="dxa"/>
          </w:tcPr>
          <w:p w14:paraId="362C6D3B" w14:textId="77777777" w:rsidR="00B32DF4" w:rsidRPr="00847153" w:rsidRDefault="00000000">
            <w:pPr>
              <w:spacing w:before="40" w:after="40"/>
              <w:rPr>
                <w:sz w:val="28"/>
                <w:szCs w:val="28"/>
              </w:rPr>
            </w:pPr>
            <w:r w:rsidRPr="00847153">
              <w:rPr>
                <w:sz w:val="28"/>
                <w:szCs w:val="28"/>
              </w:rPr>
              <w:t>02</w:t>
            </w:r>
          </w:p>
        </w:tc>
      </w:tr>
      <w:tr w:rsidR="00B32DF4" w:rsidRPr="00847153" w14:paraId="5F91963B" w14:textId="77777777" w:rsidTr="00847153">
        <w:trPr>
          <w:jc w:val="center"/>
        </w:trPr>
        <w:tc>
          <w:tcPr>
            <w:tcW w:w="851" w:type="dxa"/>
          </w:tcPr>
          <w:p w14:paraId="53FAC132" w14:textId="77777777" w:rsidR="00B32DF4" w:rsidRPr="00847153" w:rsidRDefault="00000000">
            <w:pPr>
              <w:spacing w:before="40" w:after="40"/>
              <w:rPr>
                <w:sz w:val="28"/>
                <w:szCs w:val="28"/>
              </w:rPr>
            </w:pPr>
            <w:r w:rsidRPr="00847153">
              <w:rPr>
                <w:sz w:val="28"/>
                <w:szCs w:val="28"/>
              </w:rPr>
              <w:t>6</w:t>
            </w:r>
          </w:p>
        </w:tc>
        <w:tc>
          <w:tcPr>
            <w:tcW w:w="6946" w:type="dxa"/>
          </w:tcPr>
          <w:p w14:paraId="55D26C63" w14:textId="77777777" w:rsidR="00B32DF4" w:rsidRPr="00847153" w:rsidRDefault="00000000">
            <w:pPr>
              <w:spacing w:before="40" w:after="40"/>
              <w:rPr>
                <w:sz w:val="28"/>
                <w:szCs w:val="28"/>
              </w:rPr>
            </w:pPr>
            <w:r w:rsidRPr="00847153">
              <w:rPr>
                <w:sz w:val="28"/>
                <w:szCs w:val="28"/>
              </w:rPr>
              <w:t xml:space="preserve">Bản quyền truy cập người dùng Microsoft SQL Server 2025 (User CAL) — </w:t>
            </w:r>
            <w:r w:rsidRPr="00847153">
              <w:rPr>
                <w:i/>
                <w:sz w:val="28"/>
                <w:szCs w:val="28"/>
              </w:rPr>
              <w:t>hệ thống mới</w:t>
            </w:r>
          </w:p>
        </w:tc>
        <w:tc>
          <w:tcPr>
            <w:tcW w:w="1557" w:type="dxa"/>
          </w:tcPr>
          <w:p w14:paraId="0494E7E9" w14:textId="77777777" w:rsidR="00B32DF4" w:rsidRPr="00847153" w:rsidRDefault="00000000">
            <w:pPr>
              <w:spacing w:before="40" w:after="40"/>
              <w:rPr>
                <w:sz w:val="28"/>
                <w:szCs w:val="28"/>
              </w:rPr>
            </w:pPr>
            <w:r w:rsidRPr="00847153">
              <w:rPr>
                <w:sz w:val="28"/>
                <w:szCs w:val="28"/>
              </w:rPr>
              <w:t>10</w:t>
            </w:r>
          </w:p>
        </w:tc>
      </w:tr>
      <w:tr w:rsidR="00B32DF4" w:rsidRPr="00847153" w14:paraId="57A3F394" w14:textId="77777777" w:rsidTr="00847153">
        <w:trPr>
          <w:jc w:val="center"/>
        </w:trPr>
        <w:tc>
          <w:tcPr>
            <w:tcW w:w="851" w:type="dxa"/>
          </w:tcPr>
          <w:p w14:paraId="6F3D454D" w14:textId="77777777" w:rsidR="00B32DF4" w:rsidRPr="00847153" w:rsidRDefault="00000000">
            <w:pPr>
              <w:spacing w:before="40" w:after="40"/>
              <w:rPr>
                <w:sz w:val="28"/>
                <w:szCs w:val="28"/>
              </w:rPr>
            </w:pPr>
            <w:r w:rsidRPr="00847153">
              <w:rPr>
                <w:sz w:val="28"/>
                <w:szCs w:val="28"/>
              </w:rPr>
              <w:t>7</w:t>
            </w:r>
          </w:p>
        </w:tc>
        <w:tc>
          <w:tcPr>
            <w:tcW w:w="6946" w:type="dxa"/>
          </w:tcPr>
          <w:p w14:paraId="1C987C15" w14:textId="77777777" w:rsidR="00B32DF4" w:rsidRPr="00847153" w:rsidRDefault="00000000">
            <w:pPr>
              <w:spacing w:before="40" w:after="40"/>
              <w:rPr>
                <w:sz w:val="28"/>
                <w:szCs w:val="28"/>
              </w:rPr>
            </w:pPr>
            <w:r w:rsidRPr="00847153">
              <w:rPr>
                <w:sz w:val="28"/>
                <w:szCs w:val="28"/>
              </w:rPr>
              <w:t xml:space="preserve">Bản quyền hệ điều hành Windows Server 2022 Standard (16 nhân) — </w:t>
            </w:r>
            <w:r w:rsidRPr="00847153">
              <w:rPr>
                <w:i/>
                <w:sz w:val="28"/>
                <w:szCs w:val="28"/>
              </w:rPr>
              <w:t>hệ thống hiện hữu</w:t>
            </w:r>
          </w:p>
        </w:tc>
        <w:tc>
          <w:tcPr>
            <w:tcW w:w="1557" w:type="dxa"/>
          </w:tcPr>
          <w:p w14:paraId="20DCF4B1" w14:textId="77777777" w:rsidR="00B32DF4" w:rsidRPr="00847153" w:rsidRDefault="00000000">
            <w:pPr>
              <w:spacing w:before="40" w:after="40"/>
              <w:rPr>
                <w:sz w:val="28"/>
                <w:szCs w:val="28"/>
              </w:rPr>
            </w:pPr>
            <w:r w:rsidRPr="00847153">
              <w:rPr>
                <w:sz w:val="28"/>
                <w:szCs w:val="28"/>
              </w:rPr>
              <w:t>02</w:t>
            </w:r>
          </w:p>
        </w:tc>
      </w:tr>
      <w:tr w:rsidR="00B32DF4" w:rsidRPr="00847153" w14:paraId="688C3F8A" w14:textId="77777777" w:rsidTr="00847153">
        <w:trPr>
          <w:jc w:val="center"/>
        </w:trPr>
        <w:tc>
          <w:tcPr>
            <w:tcW w:w="851" w:type="dxa"/>
          </w:tcPr>
          <w:p w14:paraId="47C46755" w14:textId="77777777" w:rsidR="00B32DF4" w:rsidRPr="00847153" w:rsidRDefault="00000000">
            <w:pPr>
              <w:spacing w:before="40" w:after="40"/>
              <w:rPr>
                <w:sz w:val="28"/>
                <w:szCs w:val="28"/>
              </w:rPr>
            </w:pPr>
            <w:r w:rsidRPr="00847153">
              <w:rPr>
                <w:sz w:val="28"/>
                <w:szCs w:val="28"/>
              </w:rPr>
              <w:t>8</w:t>
            </w:r>
          </w:p>
        </w:tc>
        <w:tc>
          <w:tcPr>
            <w:tcW w:w="6946" w:type="dxa"/>
          </w:tcPr>
          <w:p w14:paraId="54BCF74D" w14:textId="77777777" w:rsidR="00B32DF4" w:rsidRPr="00847153" w:rsidRDefault="00000000">
            <w:pPr>
              <w:spacing w:before="40" w:after="40"/>
              <w:rPr>
                <w:sz w:val="28"/>
                <w:szCs w:val="28"/>
              </w:rPr>
            </w:pPr>
            <w:r w:rsidRPr="00847153">
              <w:rPr>
                <w:sz w:val="28"/>
                <w:szCs w:val="28"/>
              </w:rPr>
              <w:t xml:space="preserve">Bản quyền hệ quản trị cơ sở dữ liệu Microsoft SQL Server 2022 Standard (8 nhân) — </w:t>
            </w:r>
            <w:r w:rsidRPr="00847153">
              <w:rPr>
                <w:i/>
                <w:sz w:val="28"/>
                <w:szCs w:val="28"/>
              </w:rPr>
              <w:t>hệ thống hiện hữu</w:t>
            </w:r>
          </w:p>
        </w:tc>
        <w:tc>
          <w:tcPr>
            <w:tcW w:w="1557" w:type="dxa"/>
          </w:tcPr>
          <w:p w14:paraId="7068337D" w14:textId="77777777" w:rsidR="00B32DF4" w:rsidRPr="00847153" w:rsidRDefault="00000000">
            <w:pPr>
              <w:spacing w:before="40" w:after="40"/>
              <w:rPr>
                <w:sz w:val="28"/>
                <w:szCs w:val="28"/>
              </w:rPr>
            </w:pPr>
            <w:r w:rsidRPr="00847153">
              <w:rPr>
                <w:sz w:val="28"/>
                <w:szCs w:val="28"/>
              </w:rPr>
              <w:t>02</w:t>
            </w:r>
          </w:p>
        </w:tc>
      </w:tr>
      <w:tr w:rsidR="00B32DF4" w:rsidRPr="00847153" w14:paraId="34015DBF" w14:textId="77777777" w:rsidTr="00847153">
        <w:trPr>
          <w:jc w:val="center"/>
        </w:trPr>
        <w:tc>
          <w:tcPr>
            <w:tcW w:w="851" w:type="dxa"/>
          </w:tcPr>
          <w:p w14:paraId="676E7802" w14:textId="77777777" w:rsidR="00B32DF4" w:rsidRPr="00847153" w:rsidRDefault="00000000">
            <w:pPr>
              <w:spacing w:before="40" w:after="40"/>
              <w:rPr>
                <w:sz w:val="28"/>
                <w:szCs w:val="28"/>
              </w:rPr>
            </w:pPr>
            <w:r w:rsidRPr="00847153">
              <w:rPr>
                <w:sz w:val="28"/>
                <w:szCs w:val="28"/>
              </w:rPr>
              <w:t>9</w:t>
            </w:r>
          </w:p>
        </w:tc>
        <w:tc>
          <w:tcPr>
            <w:tcW w:w="6946" w:type="dxa"/>
          </w:tcPr>
          <w:p w14:paraId="13FECDA1" w14:textId="77777777" w:rsidR="00B32DF4" w:rsidRPr="00847153" w:rsidRDefault="00000000">
            <w:pPr>
              <w:spacing w:before="40" w:after="40"/>
              <w:rPr>
                <w:sz w:val="28"/>
                <w:szCs w:val="28"/>
              </w:rPr>
            </w:pPr>
            <w:r w:rsidRPr="00847153">
              <w:rPr>
                <w:sz w:val="28"/>
                <w:szCs w:val="28"/>
              </w:rPr>
              <w:t>Bộ định tuyến Cisco C8200 Series</w:t>
            </w:r>
          </w:p>
        </w:tc>
        <w:tc>
          <w:tcPr>
            <w:tcW w:w="1557" w:type="dxa"/>
          </w:tcPr>
          <w:p w14:paraId="3123585B" w14:textId="77777777" w:rsidR="00B32DF4" w:rsidRPr="00847153" w:rsidRDefault="00000000">
            <w:pPr>
              <w:spacing w:before="40" w:after="40"/>
              <w:rPr>
                <w:sz w:val="28"/>
                <w:szCs w:val="28"/>
              </w:rPr>
            </w:pPr>
            <w:r w:rsidRPr="00847153">
              <w:rPr>
                <w:sz w:val="28"/>
                <w:szCs w:val="28"/>
              </w:rPr>
              <w:t>01</w:t>
            </w:r>
          </w:p>
        </w:tc>
      </w:tr>
      <w:tr w:rsidR="00B32DF4" w:rsidRPr="00847153" w14:paraId="4B295374" w14:textId="77777777" w:rsidTr="00847153">
        <w:trPr>
          <w:jc w:val="center"/>
        </w:trPr>
        <w:tc>
          <w:tcPr>
            <w:tcW w:w="851" w:type="dxa"/>
          </w:tcPr>
          <w:p w14:paraId="33763530" w14:textId="77777777" w:rsidR="00B32DF4" w:rsidRPr="00847153" w:rsidRDefault="00000000">
            <w:pPr>
              <w:spacing w:before="40" w:after="40"/>
              <w:rPr>
                <w:sz w:val="28"/>
                <w:szCs w:val="28"/>
              </w:rPr>
            </w:pPr>
            <w:r w:rsidRPr="00847153">
              <w:rPr>
                <w:sz w:val="28"/>
                <w:szCs w:val="28"/>
              </w:rPr>
              <w:t>10</w:t>
            </w:r>
          </w:p>
        </w:tc>
        <w:tc>
          <w:tcPr>
            <w:tcW w:w="6946" w:type="dxa"/>
          </w:tcPr>
          <w:p w14:paraId="58E3533E" w14:textId="77777777" w:rsidR="00B32DF4" w:rsidRPr="00847153" w:rsidRDefault="00000000">
            <w:pPr>
              <w:spacing w:before="40" w:after="40"/>
              <w:rPr>
                <w:sz w:val="28"/>
                <w:szCs w:val="28"/>
              </w:rPr>
            </w:pPr>
            <w:r w:rsidRPr="00847153">
              <w:rPr>
                <w:sz w:val="28"/>
                <w:szCs w:val="28"/>
              </w:rPr>
              <w:t>Thiết bị chuyển mạch trung tâm Cisco Catalyst 9300 (24 cổng) kèm mô-đun 10GE</w:t>
            </w:r>
          </w:p>
        </w:tc>
        <w:tc>
          <w:tcPr>
            <w:tcW w:w="1557" w:type="dxa"/>
          </w:tcPr>
          <w:p w14:paraId="23FD6571" w14:textId="77777777" w:rsidR="00B32DF4" w:rsidRPr="00847153" w:rsidRDefault="00000000">
            <w:pPr>
              <w:spacing w:before="40" w:after="40"/>
              <w:rPr>
                <w:sz w:val="28"/>
                <w:szCs w:val="28"/>
              </w:rPr>
            </w:pPr>
            <w:r w:rsidRPr="00847153">
              <w:rPr>
                <w:sz w:val="28"/>
                <w:szCs w:val="28"/>
              </w:rPr>
              <w:t>02</w:t>
            </w:r>
          </w:p>
        </w:tc>
      </w:tr>
      <w:tr w:rsidR="00B32DF4" w:rsidRPr="00847153" w14:paraId="736BF98A" w14:textId="77777777" w:rsidTr="00847153">
        <w:trPr>
          <w:jc w:val="center"/>
        </w:trPr>
        <w:tc>
          <w:tcPr>
            <w:tcW w:w="851" w:type="dxa"/>
          </w:tcPr>
          <w:p w14:paraId="0B7353D9" w14:textId="77777777" w:rsidR="00B32DF4" w:rsidRPr="00847153" w:rsidRDefault="00000000">
            <w:pPr>
              <w:spacing w:before="40" w:after="40"/>
              <w:rPr>
                <w:sz w:val="28"/>
                <w:szCs w:val="28"/>
              </w:rPr>
            </w:pPr>
            <w:r w:rsidRPr="00847153">
              <w:rPr>
                <w:sz w:val="28"/>
                <w:szCs w:val="28"/>
              </w:rPr>
              <w:t>11</w:t>
            </w:r>
          </w:p>
        </w:tc>
        <w:tc>
          <w:tcPr>
            <w:tcW w:w="6946" w:type="dxa"/>
          </w:tcPr>
          <w:p w14:paraId="626462FA" w14:textId="77777777" w:rsidR="00B32DF4" w:rsidRPr="00847153" w:rsidRDefault="00000000">
            <w:pPr>
              <w:spacing w:before="40" w:after="40"/>
              <w:rPr>
                <w:sz w:val="28"/>
                <w:szCs w:val="28"/>
              </w:rPr>
            </w:pPr>
            <w:r w:rsidRPr="00847153">
              <w:rPr>
                <w:sz w:val="28"/>
                <w:szCs w:val="28"/>
              </w:rPr>
              <w:t>Thiết bị chuyển mạch truy nhập Cisco Catalyst 9200L (24 cổng, 4×10G)</w:t>
            </w:r>
          </w:p>
        </w:tc>
        <w:tc>
          <w:tcPr>
            <w:tcW w:w="1557" w:type="dxa"/>
          </w:tcPr>
          <w:p w14:paraId="40360509" w14:textId="77777777" w:rsidR="00B32DF4" w:rsidRPr="00847153" w:rsidRDefault="00000000">
            <w:pPr>
              <w:spacing w:before="40" w:after="40"/>
              <w:rPr>
                <w:sz w:val="28"/>
                <w:szCs w:val="28"/>
              </w:rPr>
            </w:pPr>
            <w:r w:rsidRPr="00847153">
              <w:rPr>
                <w:sz w:val="28"/>
                <w:szCs w:val="28"/>
              </w:rPr>
              <w:t>02</w:t>
            </w:r>
          </w:p>
        </w:tc>
      </w:tr>
      <w:tr w:rsidR="00B32DF4" w:rsidRPr="00847153" w14:paraId="4A5AB86B" w14:textId="77777777" w:rsidTr="00847153">
        <w:trPr>
          <w:jc w:val="center"/>
        </w:trPr>
        <w:tc>
          <w:tcPr>
            <w:tcW w:w="851" w:type="dxa"/>
          </w:tcPr>
          <w:p w14:paraId="10512A15" w14:textId="77777777" w:rsidR="00B32DF4" w:rsidRPr="00847153" w:rsidRDefault="00000000">
            <w:pPr>
              <w:spacing w:before="40" w:after="40"/>
              <w:rPr>
                <w:sz w:val="28"/>
                <w:szCs w:val="28"/>
              </w:rPr>
            </w:pPr>
            <w:r w:rsidRPr="00847153">
              <w:rPr>
                <w:sz w:val="28"/>
                <w:szCs w:val="28"/>
              </w:rPr>
              <w:t>12</w:t>
            </w:r>
          </w:p>
        </w:tc>
        <w:tc>
          <w:tcPr>
            <w:tcW w:w="6946" w:type="dxa"/>
          </w:tcPr>
          <w:p w14:paraId="14C8205A" w14:textId="77777777" w:rsidR="00B32DF4" w:rsidRPr="00847153" w:rsidRDefault="00000000">
            <w:pPr>
              <w:spacing w:before="40" w:after="40"/>
              <w:rPr>
                <w:sz w:val="28"/>
                <w:szCs w:val="28"/>
              </w:rPr>
            </w:pPr>
            <w:r w:rsidRPr="00847153">
              <w:rPr>
                <w:sz w:val="28"/>
                <w:szCs w:val="28"/>
              </w:rPr>
              <w:t>Thiết bị chuyển mạch truy nhập cấp nguồn Cisco Catalyst 9200CX (8 cổng UPoE)</w:t>
            </w:r>
          </w:p>
        </w:tc>
        <w:tc>
          <w:tcPr>
            <w:tcW w:w="1557" w:type="dxa"/>
          </w:tcPr>
          <w:p w14:paraId="5C8DE36D" w14:textId="77777777" w:rsidR="00B32DF4" w:rsidRPr="00847153" w:rsidRDefault="00000000">
            <w:pPr>
              <w:spacing w:before="40" w:after="40"/>
              <w:rPr>
                <w:sz w:val="28"/>
                <w:szCs w:val="28"/>
              </w:rPr>
            </w:pPr>
            <w:r w:rsidRPr="00847153">
              <w:rPr>
                <w:sz w:val="28"/>
                <w:szCs w:val="28"/>
              </w:rPr>
              <w:t>05</w:t>
            </w:r>
          </w:p>
        </w:tc>
      </w:tr>
      <w:tr w:rsidR="00B32DF4" w:rsidRPr="00847153" w14:paraId="0A1728B3" w14:textId="77777777" w:rsidTr="00847153">
        <w:trPr>
          <w:jc w:val="center"/>
        </w:trPr>
        <w:tc>
          <w:tcPr>
            <w:tcW w:w="851" w:type="dxa"/>
          </w:tcPr>
          <w:p w14:paraId="1561C953" w14:textId="77777777" w:rsidR="00B32DF4" w:rsidRPr="00847153" w:rsidRDefault="00000000">
            <w:pPr>
              <w:spacing w:before="40" w:after="40"/>
              <w:rPr>
                <w:sz w:val="28"/>
                <w:szCs w:val="28"/>
              </w:rPr>
            </w:pPr>
            <w:r w:rsidRPr="00847153">
              <w:rPr>
                <w:sz w:val="28"/>
                <w:szCs w:val="28"/>
              </w:rPr>
              <w:t>13</w:t>
            </w:r>
          </w:p>
        </w:tc>
        <w:tc>
          <w:tcPr>
            <w:tcW w:w="6946" w:type="dxa"/>
          </w:tcPr>
          <w:p w14:paraId="63753092" w14:textId="77777777" w:rsidR="00B32DF4" w:rsidRPr="00847153" w:rsidRDefault="00000000">
            <w:pPr>
              <w:spacing w:before="40" w:after="40"/>
              <w:rPr>
                <w:sz w:val="28"/>
                <w:szCs w:val="28"/>
              </w:rPr>
            </w:pPr>
            <w:r w:rsidRPr="00847153">
              <w:rPr>
                <w:sz w:val="28"/>
                <w:szCs w:val="28"/>
              </w:rPr>
              <w:t>Bộ điều khiển mạng không dây Cisco Catalyst 9800-L</w:t>
            </w:r>
          </w:p>
        </w:tc>
        <w:tc>
          <w:tcPr>
            <w:tcW w:w="1557" w:type="dxa"/>
          </w:tcPr>
          <w:p w14:paraId="21D52C74" w14:textId="77777777" w:rsidR="00B32DF4" w:rsidRPr="00847153" w:rsidRDefault="00000000">
            <w:pPr>
              <w:spacing w:before="40" w:after="40"/>
              <w:rPr>
                <w:sz w:val="28"/>
                <w:szCs w:val="28"/>
              </w:rPr>
            </w:pPr>
            <w:r w:rsidRPr="00847153">
              <w:rPr>
                <w:sz w:val="28"/>
                <w:szCs w:val="28"/>
              </w:rPr>
              <w:t>01</w:t>
            </w:r>
          </w:p>
        </w:tc>
      </w:tr>
      <w:tr w:rsidR="00B32DF4" w:rsidRPr="00847153" w14:paraId="71836057" w14:textId="77777777" w:rsidTr="00847153">
        <w:trPr>
          <w:jc w:val="center"/>
        </w:trPr>
        <w:tc>
          <w:tcPr>
            <w:tcW w:w="851" w:type="dxa"/>
          </w:tcPr>
          <w:p w14:paraId="3581043D" w14:textId="77777777" w:rsidR="00B32DF4" w:rsidRPr="00847153" w:rsidRDefault="00000000">
            <w:pPr>
              <w:spacing w:before="40" w:after="40"/>
              <w:rPr>
                <w:sz w:val="28"/>
                <w:szCs w:val="28"/>
              </w:rPr>
            </w:pPr>
            <w:r w:rsidRPr="00847153">
              <w:rPr>
                <w:sz w:val="28"/>
                <w:szCs w:val="28"/>
              </w:rPr>
              <w:t>14</w:t>
            </w:r>
          </w:p>
        </w:tc>
        <w:tc>
          <w:tcPr>
            <w:tcW w:w="6946" w:type="dxa"/>
          </w:tcPr>
          <w:p w14:paraId="318C6E41" w14:textId="77777777" w:rsidR="00B32DF4" w:rsidRPr="00847153" w:rsidRDefault="00000000">
            <w:pPr>
              <w:spacing w:before="40" w:after="40"/>
              <w:rPr>
                <w:sz w:val="28"/>
                <w:szCs w:val="28"/>
              </w:rPr>
            </w:pPr>
            <w:r w:rsidRPr="00847153">
              <w:rPr>
                <w:sz w:val="28"/>
                <w:szCs w:val="28"/>
              </w:rPr>
              <w:t>Thiết bị thu phát không dây Cisco Wireless 9174I</w:t>
            </w:r>
          </w:p>
        </w:tc>
        <w:tc>
          <w:tcPr>
            <w:tcW w:w="1557" w:type="dxa"/>
          </w:tcPr>
          <w:p w14:paraId="736E8223" w14:textId="77777777" w:rsidR="00B32DF4" w:rsidRPr="00847153" w:rsidRDefault="00000000">
            <w:pPr>
              <w:spacing w:before="40" w:after="40"/>
              <w:rPr>
                <w:sz w:val="28"/>
                <w:szCs w:val="28"/>
              </w:rPr>
            </w:pPr>
            <w:r w:rsidRPr="00847153">
              <w:rPr>
                <w:sz w:val="28"/>
                <w:szCs w:val="28"/>
              </w:rPr>
              <w:t>20</w:t>
            </w:r>
          </w:p>
        </w:tc>
      </w:tr>
      <w:tr w:rsidR="00B32DF4" w:rsidRPr="00847153" w14:paraId="40AF5C9E" w14:textId="77777777" w:rsidTr="00847153">
        <w:trPr>
          <w:jc w:val="center"/>
        </w:trPr>
        <w:tc>
          <w:tcPr>
            <w:tcW w:w="851" w:type="dxa"/>
          </w:tcPr>
          <w:p w14:paraId="5813CB89" w14:textId="77777777" w:rsidR="00B32DF4" w:rsidRPr="00847153" w:rsidRDefault="00000000">
            <w:pPr>
              <w:spacing w:before="40" w:after="40"/>
              <w:rPr>
                <w:sz w:val="28"/>
                <w:szCs w:val="28"/>
              </w:rPr>
            </w:pPr>
            <w:r w:rsidRPr="00847153">
              <w:rPr>
                <w:sz w:val="28"/>
                <w:szCs w:val="28"/>
              </w:rPr>
              <w:t>15</w:t>
            </w:r>
          </w:p>
        </w:tc>
        <w:tc>
          <w:tcPr>
            <w:tcW w:w="6946" w:type="dxa"/>
          </w:tcPr>
          <w:p w14:paraId="0A743032" w14:textId="77777777" w:rsidR="00B32DF4" w:rsidRPr="00847153" w:rsidRDefault="00000000">
            <w:pPr>
              <w:spacing w:before="40" w:after="40"/>
              <w:rPr>
                <w:sz w:val="28"/>
                <w:szCs w:val="28"/>
              </w:rPr>
            </w:pPr>
            <w:r w:rsidRPr="00847153">
              <w:rPr>
                <w:sz w:val="28"/>
                <w:szCs w:val="28"/>
              </w:rPr>
              <w:t>Mô-đun quang, phụ kiện, cáp kết nối</w:t>
            </w:r>
          </w:p>
        </w:tc>
        <w:tc>
          <w:tcPr>
            <w:tcW w:w="1557" w:type="dxa"/>
          </w:tcPr>
          <w:p w14:paraId="2669B772" w14:textId="77777777" w:rsidR="00B32DF4" w:rsidRPr="00847153" w:rsidRDefault="00000000">
            <w:pPr>
              <w:spacing w:before="40" w:after="40"/>
              <w:rPr>
                <w:sz w:val="28"/>
                <w:szCs w:val="28"/>
              </w:rPr>
            </w:pPr>
            <w:r w:rsidRPr="00847153">
              <w:rPr>
                <w:sz w:val="28"/>
                <w:szCs w:val="28"/>
              </w:rPr>
              <w:t>theo hồ sơ cấu hình</w:t>
            </w:r>
          </w:p>
        </w:tc>
      </w:tr>
    </w:tbl>
    <w:p w14:paraId="6BEF11F7" w14:textId="77777777" w:rsidR="00B32DF4" w:rsidRPr="00847153" w:rsidRDefault="00000000">
      <w:pPr>
        <w:spacing w:before="200"/>
        <w:rPr>
          <w:sz w:val="28"/>
          <w:szCs w:val="28"/>
        </w:rPr>
      </w:pPr>
      <w:r w:rsidRPr="00847153">
        <w:rPr>
          <w:b/>
          <w:sz w:val="28"/>
          <w:szCs w:val="28"/>
        </w:rPr>
        <w:t>III. HẠ TẦNG KỸ THUẬT VÀ CẢI TẠO PHÒNG MÁY CHỦ</w:t>
      </w:r>
    </w:p>
    <w:p w14:paraId="4D91179B" w14:textId="77777777" w:rsidR="00B32DF4" w:rsidRPr="00847153" w:rsidRDefault="00000000">
      <w:pPr>
        <w:jc w:val="both"/>
        <w:rPr>
          <w:sz w:val="28"/>
          <w:szCs w:val="28"/>
        </w:rPr>
      </w:pPr>
      <w:r w:rsidRPr="00847153">
        <w:rPr>
          <w:i/>
          <w:sz w:val="28"/>
          <w:szCs w:val="28"/>
        </w:rPr>
        <w:t>Phòng máy chủ hiện hữu, kích thước 4.600 × 3.000 mm. Toàn bộ hạng mục dưới đây là lắp đặt thiết bị kỹ thuật trong phòng máy hiện hữu, không làm thay đổi kết cấu chịu lực, không mở rộng diện tích, không hình thành hạng mục công trình mới.</w:t>
      </w:r>
    </w:p>
    <w:tbl>
      <w:tblPr>
        <w:tblStyle w:val="TableGrid"/>
        <w:tblW w:w="0" w:type="auto"/>
        <w:jc w:val="center"/>
        <w:tblLook w:val="04A0" w:firstRow="1" w:lastRow="0" w:firstColumn="1" w:lastColumn="0" w:noHBand="0" w:noVBand="1"/>
      </w:tblPr>
      <w:tblGrid>
        <w:gridCol w:w="709"/>
        <w:gridCol w:w="5527"/>
        <w:gridCol w:w="3118"/>
      </w:tblGrid>
      <w:tr w:rsidR="00B32DF4" w:rsidRPr="00847153" w14:paraId="1EDD604E" w14:textId="77777777" w:rsidTr="00847153">
        <w:trPr>
          <w:jc w:val="center"/>
        </w:trPr>
        <w:tc>
          <w:tcPr>
            <w:tcW w:w="709" w:type="dxa"/>
          </w:tcPr>
          <w:p w14:paraId="52437E48" w14:textId="77777777" w:rsidR="00B32DF4" w:rsidRPr="00847153" w:rsidRDefault="00000000">
            <w:pPr>
              <w:spacing w:before="40" w:after="40"/>
              <w:jc w:val="center"/>
              <w:rPr>
                <w:sz w:val="28"/>
                <w:szCs w:val="28"/>
              </w:rPr>
            </w:pPr>
            <w:r w:rsidRPr="00847153">
              <w:rPr>
                <w:b/>
                <w:sz w:val="28"/>
                <w:szCs w:val="28"/>
              </w:rPr>
              <w:t>TT</w:t>
            </w:r>
          </w:p>
        </w:tc>
        <w:tc>
          <w:tcPr>
            <w:tcW w:w="5527" w:type="dxa"/>
          </w:tcPr>
          <w:p w14:paraId="02507C5B" w14:textId="77777777" w:rsidR="00B32DF4" w:rsidRPr="00847153" w:rsidRDefault="00000000">
            <w:pPr>
              <w:spacing w:before="40" w:after="40"/>
              <w:jc w:val="center"/>
              <w:rPr>
                <w:sz w:val="28"/>
                <w:szCs w:val="28"/>
              </w:rPr>
            </w:pPr>
            <w:r w:rsidRPr="00847153">
              <w:rPr>
                <w:b/>
                <w:sz w:val="28"/>
                <w:szCs w:val="28"/>
              </w:rPr>
              <w:t>Hạng mục</w:t>
            </w:r>
          </w:p>
        </w:tc>
        <w:tc>
          <w:tcPr>
            <w:tcW w:w="3118" w:type="dxa"/>
          </w:tcPr>
          <w:p w14:paraId="64BF6D9F" w14:textId="77777777" w:rsidR="00B32DF4" w:rsidRPr="00847153" w:rsidRDefault="00000000">
            <w:pPr>
              <w:spacing w:before="40" w:after="40"/>
              <w:jc w:val="center"/>
              <w:rPr>
                <w:sz w:val="28"/>
                <w:szCs w:val="28"/>
              </w:rPr>
            </w:pPr>
            <w:r w:rsidRPr="00847153">
              <w:rPr>
                <w:b/>
                <w:sz w:val="28"/>
                <w:szCs w:val="28"/>
              </w:rPr>
              <w:t>Số lượng</w:t>
            </w:r>
          </w:p>
        </w:tc>
      </w:tr>
      <w:tr w:rsidR="00B32DF4" w:rsidRPr="00847153" w14:paraId="40A7A63D" w14:textId="77777777" w:rsidTr="00847153">
        <w:trPr>
          <w:jc w:val="center"/>
        </w:trPr>
        <w:tc>
          <w:tcPr>
            <w:tcW w:w="709" w:type="dxa"/>
          </w:tcPr>
          <w:p w14:paraId="2DC45E43" w14:textId="77777777" w:rsidR="00B32DF4" w:rsidRPr="00847153" w:rsidRDefault="00000000">
            <w:pPr>
              <w:spacing w:before="40" w:after="40"/>
              <w:rPr>
                <w:sz w:val="28"/>
                <w:szCs w:val="28"/>
              </w:rPr>
            </w:pPr>
            <w:r w:rsidRPr="00847153">
              <w:rPr>
                <w:sz w:val="28"/>
                <w:szCs w:val="28"/>
              </w:rPr>
              <w:t>1</w:t>
            </w:r>
          </w:p>
        </w:tc>
        <w:tc>
          <w:tcPr>
            <w:tcW w:w="5527" w:type="dxa"/>
          </w:tcPr>
          <w:p w14:paraId="61610695" w14:textId="77777777" w:rsidR="00B32DF4" w:rsidRPr="00847153" w:rsidRDefault="00000000">
            <w:pPr>
              <w:spacing w:before="40" w:after="40"/>
              <w:rPr>
                <w:sz w:val="28"/>
                <w:szCs w:val="28"/>
              </w:rPr>
            </w:pPr>
            <w:r w:rsidRPr="00847153">
              <w:rPr>
                <w:sz w:val="28"/>
                <w:szCs w:val="28"/>
              </w:rPr>
              <w:t>Sàn nâng kỹ thuật</w:t>
            </w:r>
          </w:p>
        </w:tc>
        <w:tc>
          <w:tcPr>
            <w:tcW w:w="3118" w:type="dxa"/>
          </w:tcPr>
          <w:p w14:paraId="62465E97" w14:textId="77777777" w:rsidR="00B32DF4" w:rsidRPr="00847153" w:rsidRDefault="00000000">
            <w:pPr>
              <w:spacing w:before="40" w:after="40"/>
              <w:rPr>
                <w:sz w:val="28"/>
                <w:szCs w:val="28"/>
              </w:rPr>
            </w:pPr>
            <w:r w:rsidRPr="00847153">
              <w:rPr>
                <w:sz w:val="28"/>
                <w:szCs w:val="28"/>
              </w:rPr>
              <w:t>01 bộ</w:t>
            </w:r>
          </w:p>
        </w:tc>
      </w:tr>
      <w:tr w:rsidR="00B32DF4" w:rsidRPr="00847153" w14:paraId="64973F31" w14:textId="77777777" w:rsidTr="00847153">
        <w:trPr>
          <w:jc w:val="center"/>
        </w:trPr>
        <w:tc>
          <w:tcPr>
            <w:tcW w:w="709" w:type="dxa"/>
          </w:tcPr>
          <w:p w14:paraId="7AA154C3" w14:textId="77777777" w:rsidR="00B32DF4" w:rsidRPr="00847153" w:rsidRDefault="00000000">
            <w:pPr>
              <w:spacing w:before="40" w:after="40"/>
              <w:rPr>
                <w:sz w:val="28"/>
                <w:szCs w:val="28"/>
              </w:rPr>
            </w:pPr>
            <w:r w:rsidRPr="00847153">
              <w:rPr>
                <w:sz w:val="28"/>
                <w:szCs w:val="28"/>
              </w:rPr>
              <w:t>2</w:t>
            </w:r>
          </w:p>
        </w:tc>
        <w:tc>
          <w:tcPr>
            <w:tcW w:w="5527" w:type="dxa"/>
          </w:tcPr>
          <w:p w14:paraId="1A3DBE8B" w14:textId="77777777" w:rsidR="00B32DF4" w:rsidRPr="00847153" w:rsidRDefault="00000000">
            <w:pPr>
              <w:spacing w:before="40" w:after="40"/>
              <w:rPr>
                <w:sz w:val="28"/>
                <w:szCs w:val="28"/>
              </w:rPr>
            </w:pPr>
            <w:r w:rsidRPr="00847153">
              <w:rPr>
                <w:sz w:val="28"/>
                <w:szCs w:val="28"/>
              </w:rPr>
              <w:t>Hệ thống điện (tủ điện 3 pha, aptomat MCCB, cáp, tiếp địa)</w:t>
            </w:r>
          </w:p>
        </w:tc>
        <w:tc>
          <w:tcPr>
            <w:tcW w:w="3118" w:type="dxa"/>
          </w:tcPr>
          <w:p w14:paraId="4DC39E28" w14:textId="77777777" w:rsidR="00B32DF4" w:rsidRPr="00847153" w:rsidRDefault="00000000">
            <w:pPr>
              <w:spacing w:before="40" w:after="40"/>
              <w:rPr>
                <w:sz w:val="28"/>
                <w:szCs w:val="28"/>
              </w:rPr>
            </w:pPr>
            <w:r w:rsidRPr="00847153">
              <w:rPr>
                <w:sz w:val="28"/>
                <w:szCs w:val="28"/>
              </w:rPr>
              <w:t>01 gói</w:t>
            </w:r>
          </w:p>
        </w:tc>
      </w:tr>
      <w:tr w:rsidR="00B32DF4" w:rsidRPr="00847153" w14:paraId="462FB451" w14:textId="77777777" w:rsidTr="00847153">
        <w:trPr>
          <w:jc w:val="center"/>
        </w:trPr>
        <w:tc>
          <w:tcPr>
            <w:tcW w:w="709" w:type="dxa"/>
          </w:tcPr>
          <w:p w14:paraId="196032C3" w14:textId="77777777" w:rsidR="00B32DF4" w:rsidRPr="00847153" w:rsidRDefault="00000000">
            <w:pPr>
              <w:spacing w:before="40" w:after="40"/>
              <w:rPr>
                <w:sz w:val="28"/>
                <w:szCs w:val="28"/>
              </w:rPr>
            </w:pPr>
            <w:r w:rsidRPr="00847153">
              <w:rPr>
                <w:sz w:val="28"/>
                <w:szCs w:val="28"/>
              </w:rPr>
              <w:t>3</w:t>
            </w:r>
          </w:p>
        </w:tc>
        <w:tc>
          <w:tcPr>
            <w:tcW w:w="5527" w:type="dxa"/>
          </w:tcPr>
          <w:p w14:paraId="1A883543" w14:textId="77777777" w:rsidR="00B32DF4" w:rsidRPr="00847153" w:rsidRDefault="00000000">
            <w:pPr>
              <w:spacing w:before="40" w:after="40"/>
              <w:rPr>
                <w:sz w:val="28"/>
                <w:szCs w:val="28"/>
              </w:rPr>
            </w:pPr>
            <w:r w:rsidRPr="00847153">
              <w:rPr>
                <w:sz w:val="28"/>
                <w:szCs w:val="28"/>
              </w:rPr>
              <w:t>Hệ thống chống sét lan truyền</w:t>
            </w:r>
          </w:p>
        </w:tc>
        <w:tc>
          <w:tcPr>
            <w:tcW w:w="3118" w:type="dxa"/>
          </w:tcPr>
          <w:p w14:paraId="76701DAF" w14:textId="77777777" w:rsidR="00B32DF4" w:rsidRPr="00847153" w:rsidRDefault="00000000">
            <w:pPr>
              <w:spacing w:before="40" w:after="40"/>
              <w:rPr>
                <w:sz w:val="28"/>
                <w:szCs w:val="28"/>
              </w:rPr>
            </w:pPr>
            <w:r w:rsidRPr="00847153">
              <w:rPr>
                <w:sz w:val="28"/>
                <w:szCs w:val="28"/>
              </w:rPr>
              <w:t>01 gói</w:t>
            </w:r>
          </w:p>
        </w:tc>
      </w:tr>
      <w:tr w:rsidR="00B32DF4" w:rsidRPr="00847153" w14:paraId="09CE05F3" w14:textId="77777777" w:rsidTr="00847153">
        <w:trPr>
          <w:jc w:val="center"/>
        </w:trPr>
        <w:tc>
          <w:tcPr>
            <w:tcW w:w="709" w:type="dxa"/>
          </w:tcPr>
          <w:p w14:paraId="2F2556ED" w14:textId="77777777" w:rsidR="00B32DF4" w:rsidRPr="00847153" w:rsidRDefault="00000000">
            <w:pPr>
              <w:spacing w:before="40" w:after="40"/>
              <w:rPr>
                <w:sz w:val="28"/>
                <w:szCs w:val="28"/>
              </w:rPr>
            </w:pPr>
            <w:r w:rsidRPr="00847153">
              <w:rPr>
                <w:sz w:val="28"/>
                <w:szCs w:val="28"/>
              </w:rPr>
              <w:t>4</w:t>
            </w:r>
          </w:p>
        </w:tc>
        <w:tc>
          <w:tcPr>
            <w:tcW w:w="5527" w:type="dxa"/>
          </w:tcPr>
          <w:p w14:paraId="46849139" w14:textId="77777777" w:rsidR="00B32DF4" w:rsidRPr="00847153" w:rsidRDefault="00000000">
            <w:pPr>
              <w:spacing w:before="40" w:after="40"/>
              <w:rPr>
                <w:sz w:val="28"/>
                <w:szCs w:val="28"/>
              </w:rPr>
            </w:pPr>
            <w:r w:rsidRPr="00847153">
              <w:rPr>
                <w:sz w:val="28"/>
                <w:szCs w:val="28"/>
              </w:rPr>
              <w:t xml:space="preserve">Bộ lưu điện UPS 10KVA/10KW kèm bộ kết </w:t>
            </w:r>
            <w:r w:rsidRPr="00847153">
              <w:rPr>
                <w:sz w:val="28"/>
                <w:szCs w:val="28"/>
              </w:rPr>
              <w:lastRenderedPageBreak/>
              <w:t>nối song song</w:t>
            </w:r>
          </w:p>
        </w:tc>
        <w:tc>
          <w:tcPr>
            <w:tcW w:w="3118" w:type="dxa"/>
          </w:tcPr>
          <w:p w14:paraId="66C40A5A" w14:textId="77777777" w:rsidR="00B32DF4" w:rsidRPr="00847153" w:rsidRDefault="00000000">
            <w:pPr>
              <w:spacing w:before="40" w:after="40"/>
              <w:rPr>
                <w:sz w:val="28"/>
                <w:szCs w:val="28"/>
              </w:rPr>
            </w:pPr>
            <w:r w:rsidRPr="00847153">
              <w:rPr>
                <w:sz w:val="28"/>
                <w:szCs w:val="28"/>
              </w:rPr>
              <w:lastRenderedPageBreak/>
              <w:t>01 hệ thống</w:t>
            </w:r>
          </w:p>
        </w:tc>
      </w:tr>
      <w:tr w:rsidR="00B32DF4" w:rsidRPr="00847153" w14:paraId="5091EC98" w14:textId="77777777" w:rsidTr="00847153">
        <w:trPr>
          <w:jc w:val="center"/>
        </w:trPr>
        <w:tc>
          <w:tcPr>
            <w:tcW w:w="709" w:type="dxa"/>
          </w:tcPr>
          <w:p w14:paraId="3FC6FA4B" w14:textId="77777777" w:rsidR="00B32DF4" w:rsidRPr="00847153" w:rsidRDefault="00000000">
            <w:pPr>
              <w:spacing w:before="40" w:after="40"/>
              <w:rPr>
                <w:sz w:val="28"/>
                <w:szCs w:val="28"/>
              </w:rPr>
            </w:pPr>
            <w:r w:rsidRPr="00847153">
              <w:rPr>
                <w:sz w:val="28"/>
                <w:szCs w:val="28"/>
              </w:rPr>
              <w:t>5</w:t>
            </w:r>
          </w:p>
        </w:tc>
        <w:tc>
          <w:tcPr>
            <w:tcW w:w="5527" w:type="dxa"/>
          </w:tcPr>
          <w:p w14:paraId="4F7CDFDE" w14:textId="77777777" w:rsidR="00B32DF4" w:rsidRPr="00847153" w:rsidRDefault="00000000">
            <w:pPr>
              <w:spacing w:before="40" w:after="40"/>
              <w:rPr>
                <w:sz w:val="28"/>
                <w:szCs w:val="28"/>
              </w:rPr>
            </w:pPr>
            <w:r w:rsidRPr="00847153">
              <w:rPr>
                <w:sz w:val="28"/>
                <w:szCs w:val="28"/>
              </w:rPr>
              <w:t>Tủ rack 42U và thiết bị phân phối nguồn PDU</w:t>
            </w:r>
          </w:p>
        </w:tc>
        <w:tc>
          <w:tcPr>
            <w:tcW w:w="3118" w:type="dxa"/>
          </w:tcPr>
          <w:p w14:paraId="04A53293" w14:textId="77777777" w:rsidR="00B32DF4" w:rsidRPr="00847153" w:rsidRDefault="00000000">
            <w:pPr>
              <w:spacing w:before="40" w:after="40"/>
              <w:rPr>
                <w:sz w:val="28"/>
                <w:szCs w:val="28"/>
              </w:rPr>
            </w:pPr>
            <w:r w:rsidRPr="00847153">
              <w:rPr>
                <w:sz w:val="28"/>
                <w:szCs w:val="28"/>
              </w:rPr>
              <w:t>02 bộ</w:t>
            </w:r>
          </w:p>
        </w:tc>
      </w:tr>
      <w:tr w:rsidR="00B32DF4" w:rsidRPr="00847153" w14:paraId="69DD5865" w14:textId="77777777" w:rsidTr="00847153">
        <w:trPr>
          <w:jc w:val="center"/>
        </w:trPr>
        <w:tc>
          <w:tcPr>
            <w:tcW w:w="709" w:type="dxa"/>
          </w:tcPr>
          <w:p w14:paraId="092E7018" w14:textId="77777777" w:rsidR="00B32DF4" w:rsidRPr="00847153" w:rsidRDefault="00000000">
            <w:pPr>
              <w:spacing w:before="40" w:after="40"/>
              <w:rPr>
                <w:sz w:val="28"/>
                <w:szCs w:val="28"/>
              </w:rPr>
            </w:pPr>
            <w:r w:rsidRPr="00847153">
              <w:rPr>
                <w:sz w:val="28"/>
                <w:szCs w:val="28"/>
              </w:rPr>
              <w:t>6</w:t>
            </w:r>
          </w:p>
        </w:tc>
        <w:tc>
          <w:tcPr>
            <w:tcW w:w="5527" w:type="dxa"/>
          </w:tcPr>
          <w:p w14:paraId="558EF945" w14:textId="77777777" w:rsidR="00B32DF4" w:rsidRPr="00847153" w:rsidRDefault="00000000">
            <w:pPr>
              <w:spacing w:before="40" w:after="40"/>
              <w:rPr>
                <w:sz w:val="28"/>
                <w:szCs w:val="28"/>
              </w:rPr>
            </w:pPr>
            <w:r w:rsidRPr="00847153">
              <w:rPr>
                <w:sz w:val="28"/>
                <w:szCs w:val="28"/>
              </w:rPr>
              <w:t>Hệ thống chữa cháy tự động bằng khí sạch FM200, có kiểm định</w:t>
            </w:r>
          </w:p>
        </w:tc>
        <w:tc>
          <w:tcPr>
            <w:tcW w:w="3118" w:type="dxa"/>
          </w:tcPr>
          <w:p w14:paraId="68FDC0E1" w14:textId="77777777" w:rsidR="00B32DF4" w:rsidRPr="00847153" w:rsidRDefault="00000000">
            <w:pPr>
              <w:spacing w:before="40" w:after="40"/>
              <w:rPr>
                <w:sz w:val="28"/>
                <w:szCs w:val="28"/>
              </w:rPr>
            </w:pPr>
            <w:r w:rsidRPr="00847153">
              <w:rPr>
                <w:sz w:val="28"/>
                <w:szCs w:val="28"/>
              </w:rPr>
              <w:t>01 gói</w:t>
            </w:r>
          </w:p>
        </w:tc>
      </w:tr>
      <w:tr w:rsidR="00B32DF4" w:rsidRPr="00847153" w14:paraId="5183031B" w14:textId="77777777" w:rsidTr="00847153">
        <w:trPr>
          <w:jc w:val="center"/>
        </w:trPr>
        <w:tc>
          <w:tcPr>
            <w:tcW w:w="709" w:type="dxa"/>
          </w:tcPr>
          <w:p w14:paraId="6B9500AB" w14:textId="77777777" w:rsidR="00B32DF4" w:rsidRPr="00847153" w:rsidRDefault="00000000">
            <w:pPr>
              <w:spacing w:before="40" w:after="40"/>
              <w:rPr>
                <w:sz w:val="28"/>
                <w:szCs w:val="28"/>
              </w:rPr>
            </w:pPr>
            <w:r w:rsidRPr="00847153">
              <w:rPr>
                <w:sz w:val="28"/>
                <w:szCs w:val="28"/>
              </w:rPr>
              <w:t>7</w:t>
            </w:r>
          </w:p>
        </w:tc>
        <w:tc>
          <w:tcPr>
            <w:tcW w:w="5527" w:type="dxa"/>
          </w:tcPr>
          <w:p w14:paraId="4E478220" w14:textId="77777777" w:rsidR="00B32DF4" w:rsidRPr="00847153" w:rsidRDefault="00000000">
            <w:pPr>
              <w:spacing w:before="40" w:after="40"/>
              <w:rPr>
                <w:sz w:val="28"/>
                <w:szCs w:val="28"/>
              </w:rPr>
            </w:pPr>
            <w:r w:rsidRPr="00847153">
              <w:rPr>
                <w:sz w:val="28"/>
                <w:szCs w:val="28"/>
              </w:rPr>
              <w:t>Cửa chống cháy giới hạn 120 phút, có giấy kiểm định</w:t>
            </w:r>
          </w:p>
        </w:tc>
        <w:tc>
          <w:tcPr>
            <w:tcW w:w="3118" w:type="dxa"/>
          </w:tcPr>
          <w:p w14:paraId="2857F5F2" w14:textId="77777777" w:rsidR="00B32DF4" w:rsidRPr="00847153" w:rsidRDefault="00000000">
            <w:pPr>
              <w:spacing w:before="40" w:after="40"/>
              <w:rPr>
                <w:sz w:val="28"/>
                <w:szCs w:val="28"/>
              </w:rPr>
            </w:pPr>
            <w:r w:rsidRPr="00847153">
              <w:rPr>
                <w:sz w:val="28"/>
                <w:szCs w:val="28"/>
              </w:rPr>
              <w:t>01 gói</w:t>
            </w:r>
          </w:p>
        </w:tc>
      </w:tr>
      <w:tr w:rsidR="00B32DF4" w:rsidRPr="00847153" w14:paraId="3089A21B" w14:textId="77777777" w:rsidTr="00847153">
        <w:trPr>
          <w:jc w:val="center"/>
        </w:trPr>
        <w:tc>
          <w:tcPr>
            <w:tcW w:w="709" w:type="dxa"/>
          </w:tcPr>
          <w:p w14:paraId="2A1AF382" w14:textId="77777777" w:rsidR="00B32DF4" w:rsidRPr="00847153" w:rsidRDefault="00000000">
            <w:pPr>
              <w:spacing w:before="40" w:after="40"/>
              <w:rPr>
                <w:sz w:val="28"/>
                <w:szCs w:val="28"/>
              </w:rPr>
            </w:pPr>
            <w:r w:rsidRPr="00847153">
              <w:rPr>
                <w:sz w:val="28"/>
                <w:szCs w:val="28"/>
              </w:rPr>
              <w:t>8</w:t>
            </w:r>
          </w:p>
        </w:tc>
        <w:tc>
          <w:tcPr>
            <w:tcW w:w="5527" w:type="dxa"/>
          </w:tcPr>
          <w:p w14:paraId="66FC8DC1" w14:textId="77777777" w:rsidR="00B32DF4" w:rsidRPr="00847153" w:rsidRDefault="00000000">
            <w:pPr>
              <w:spacing w:before="40" w:after="40"/>
              <w:rPr>
                <w:sz w:val="28"/>
                <w:szCs w:val="28"/>
              </w:rPr>
            </w:pPr>
            <w:r w:rsidRPr="00847153">
              <w:rPr>
                <w:sz w:val="28"/>
                <w:szCs w:val="28"/>
              </w:rPr>
              <w:t>Hệ thống kiểm soát ra vào</w:t>
            </w:r>
          </w:p>
        </w:tc>
        <w:tc>
          <w:tcPr>
            <w:tcW w:w="3118" w:type="dxa"/>
          </w:tcPr>
          <w:p w14:paraId="01D7028E" w14:textId="77777777" w:rsidR="00B32DF4" w:rsidRPr="00847153" w:rsidRDefault="00000000">
            <w:pPr>
              <w:spacing w:before="40" w:after="40"/>
              <w:rPr>
                <w:sz w:val="28"/>
                <w:szCs w:val="28"/>
              </w:rPr>
            </w:pPr>
            <w:r w:rsidRPr="00847153">
              <w:rPr>
                <w:sz w:val="28"/>
                <w:szCs w:val="28"/>
              </w:rPr>
              <w:t>01 hệ thống</w:t>
            </w:r>
          </w:p>
        </w:tc>
      </w:tr>
      <w:tr w:rsidR="00B32DF4" w:rsidRPr="00847153" w14:paraId="0416B4D8" w14:textId="77777777" w:rsidTr="00847153">
        <w:trPr>
          <w:jc w:val="center"/>
        </w:trPr>
        <w:tc>
          <w:tcPr>
            <w:tcW w:w="709" w:type="dxa"/>
          </w:tcPr>
          <w:p w14:paraId="2B1CB935" w14:textId="77777777" w:rsidR="00B32DF4" w:rsidRPr="00847153" w:rsidRDefault="00000000">
            <w:pPr>
              <w:spacing w:before="40" w:after="40"/>
              <w:rPr>
                <w:sz w:val="28"/>
                <w:szCs w:val="28"/>
              </w:rPr>
            </w:pPr>
            <w:r w:rsidRPr="00847153">
              <w:rPr>
                <w:sz w:val="28"/>
                <w:szCs w:val="28"/>
              </w:rPr>
              <w:t>9</w:t>
            </w:r>
          </w:p>
        </w:tc>
        <w:tc>
          <w:tcPr>
            <w:tcW w:w="5527" w:type="dxa"/>
          </w:tcPr>
          <w:p w14:paraId="07F9F71B" w14:textId="77777777" w:rsidR="00B32DF4" w:rsidRPr="00847153" w:rsidRDefault="00000000">
            <w:pPr>
              <w:spacing w:before="40" w:after="40"/>
              <w:rPr>
                <w:sz w:val="28"/>
                <w:szCs w:val="28"/>
              </w:rPr>
            </w:pPr>
            <w:r w:rsidRPr="00847153">
              <w:rPr>
                <w:sz w:val="28"/>
                <w:szCs w:val="28"/>
              </w:rPr>
              <w:t>Hệ thống camera giám sát</w:t>
            </w:r>
          </w:p>
        </w:tc>
        <w:tc>
          <w:tcPr>
            <w:tcW w:w="3118" w:type="dxa"/>
          </w:tcPr>
          <w:p w14:paraId="1B8979EA" w14:textId="77777777" w:rsidR="00B32DF4" w:rsidRPr="00847153" w:rsidRDefault="00000000">
            <w:pPr>
              <w:spacing w:before="40" w:after="40"/>
              <w:rPr>
                <w:sz w:val="28"/>
                <w:szCs w:val="28"/>
              </w:rPr>
            </w:pPr>
            <w:r w:rsidRPr="00847153">
              <w:rPr>
                <w:sz w:val="28"/>
                <w:szCs w:val="28"/>
              </w:rPr>
              <w:t>01 hệ thống</w:t>
            </w:r>
          </w:p>
        </w:tc>
      </w:tr>
      <w:tr w:rsidR="00B32DF4" w:rsidRPr="00847153" w14:paraId="0E115801" w14:textId="77777777" w:rsidTr="00847153">
        <w:trPr>
          <w:jc w:val="center"/>
        </w:trPr>
        <w:tc>
          <w:tcPr>
            <w:tcW w:w="709" w:type="dxa"/>
          </w:tcPr>
          <w:p w14:paraId="762463BC" w14:textId="77777777" w:rsidR="00B32DF4" w:rsidRPr="00847153" w:rsidRDefault="00000000">
            <w:pPr>
              <w:spacing w:before="40" w:after="40"/>
              <w:rPr>
                <w:sz w:val="28"/>
                <w:szCs w:val="28"/>
              </w:rPr>
            </w:pPr>
            <w:r w:rsidRPr="00847153">
              <w:rPr>
                <w:sz w:val="28"/>
                <w:szCs w:val="28"/>
              </w:rPr>
              <w:t>10</w:t>
            </w:r>
          </w:p>
        </w:tc>
        <w:tc>
          <w:tcPr>
            <w:tcW w:w="5527" w:type="dxa"/>
          </w:tcPr>
          <w:p w14:paraId="6D131602" w14:textId="77777777" w:rsidR="00B32DF4" w:rsidRPr="00847153" w:rsidRDefault="00000000">
            <w:pPr>
              <w:spacing w:before="40" w:after="40"/>
              <w:rPr>
                <w:sz w:val="28"/>
                <w:szCs w:val="28"/>
              </w:rPr>
            </w:pPr>
            <w:r w:rsidRPr="00847153">
              <w:rPr>
                <w:sz w:val="28"/>
                <w:szCs w:val="28"/>
              </w:rPr>
              <w:t>Hệ thống giám sát môi trường phòng máy (nhiệt độ, độ ẩm, nguồn)</w:t>
            </w:r>
          </w:p>
        </w:tc>
        <w:tc>
          <w:tcPr>
            <w:tcW w:w="3118" w:type="dxa"/>
          </w:tcPr>
          <w:p w14:paraId="10404E87" w14:textId="77777777" w:rsidR="00B32DF4" w:rsidRPr="00847153" w:rsidRDefault="00000000">
            <w:pPr>
              <w:spacing w:before="40" w:after="40"/>
              <w:rPr>
                <w:sz w:val="28"/>
                <w:szCs w:val="28"/>
              </w:rPr>
            </w:pPr>
            <w:r w:rsidRPr="00847153">
              <w:rPr>
                <w:sz w:val="28"/>
                <w:szCs w:val="28"/>
              </w:rPr>
              <w:t>01 hệ thống</w:t>
            </w:r>
          </w:p>
        </w:tc>
      </w:tr>
      <w:tr w:rsidR="00B32DF4" w:rsidRPr="00847153" w14:paraId="15797E39" w14:textId="77777777" w:rsidTr="00847153">
        <w:trPr>
          <w:jc w:val="center"/>
        </w:trPr>
        <w:tc>
          <w:tcPr>
            <w:tcW w:w="709" w:type="dxa"/>
          </w:tcPr>
          <w:p w14:paraId="4A69D25D" w14:textId="77777777" w:rsidR="00B32DF4" w:rsidRPr="00847153" w:rsidRDefault="00000000">
            <w:pPr>
              <w:spacing w:before="40" w:after="40"/>
              <w:rPr>
                <w:sz w:val="28"/>
                <w:szCs w:val="28"/>
              </w:rPr>
            </w:pPr>
            <w:r w:rsidRPr="00847153">
              <w:rPr>
                <w:sz w:val="28"/>
                <w:szCs w:val="28"/>
              </w:rPr>
              <w:t>11</w:t>
            </w:r>
          </w:p>
        </w:tc>
        <w:tc>
          <w:tcPr>
            <w:tcW w:w="5527" w:type="dxa"/>
          </w:tcPr>
          <w:p w14:paraId="58B815DF" w14:textId="77777777" w:rsidR="00B32DF4" w:rsidRPr="00847153" w:rsidRDefault="00000000">
            <w:pPr>
              <w:spacing w:before="40" w:after="40"/>
              <w:rPr>
                <w:sz w:val="28"/>
                <w:szCs w:val="28"/>
              </w:rPr>
            </w:pPr>
            <w:r w:rsidRPr="00847153">
              <w:rPr>
                <w:sz w:val="28"/>
                <w:szCs w:val="28"/>
              </w:rPr>
              <w:t>Hạ tầng cáp đồng và cáp quang cho phòng máy chủ và 20 điểm phát sóng không dây</w:t>
            </w:r>
          </w:p>
        </w:tc>
        <w:tc>
          <w:tcPr>
            <w:tcW w:w="3118" w:type="dxa"/>
          </w:tcPr>
          <w:p w14:paraId="292BEEEB" w14:textId="77777777" w:rsidR="00B32DF4" w:rsidRPr="00847153" w:rsidRDefault="00000000">
            <w:pPr>
              <w:spacing w:before="40" w:after="40"/>
              <w:rPr>
                <w:sz w:val="28"/>
                <w:szCs w:val="28"/>
              </w:rPr>
            </w:pPr>
            <w:r w:rsidRPr="00847153">
              <w:rPr>
                <w:sz w:val="28"/>
                <w:szCs w:val="28"/>
              </w:rPr>
              <w:t>01 gói</w:t>
            </w:r>
          </w:p>
        </w:tc>
      </w:tr>
    </w:tbl>
    <w:p w14:paraId="1934D71E" w14:textId="77777777" w:rsidR="00B32DF4" w:rsidRPr="00847153" w:rsidRDefault="00B32DF4">
      <w:pPr>
        <w:spacing w:after="40"/>
        <w:rPr>
          <w:sz w:val="28"/>
          <w:szCs w:val="28"/>
          <w:lang w:val="vi-VN"/>
        </w:rPr>
      </w:pPr>
    </w:p>
    <w:p w14:paraId="1B2D5A31" w14:textId="77777777" w:rsidR="00B32DF4" w:rsidRPr="00847153" w:rsidRDefault="00000000">
      <w:pPr>
        <w:spacing w:before="200"/>
        <w:rPr>
          <w:sz w:val="28"/>
          <w:szCs w:val="28"/>
        </w:rPr>
      </w:pPr>
      <w:r w:rsidRPr="00847153">
        <w:rPr>
          <w:b/>
          <w:sz w:val="28"/>
          <w:szCs w:val="28"/>
        </w:rPr>
        <w:t>IV. GIÁ TRỊ DỰ KIẾN CỦA KHỐI TÀI SẢN</w:t>
      </w:r>
    </w:p>
    <w:tbl>
      <w:tblPr>
        <w:tblStyle w:val="TableGrid"/>
        <w:tblW w:w="0" w:type="auto"/>
        <w:jc w:val="center"/>
        <w:tblLook w:val="04A0" w:firstRow="1" w:lastRow="0" w:firstColumn="1" w:lastColumn="0" w:noHBand="0" w:noVBand="1"/>
      </w:tblPr>
      <w:tblGrid>
        <w:gridCol w:w="6166"/>
        <w:gridCol w:w="3119"/>
      </w:tblGrid>
      <w:tr w:rsidR="00847153" w:rsidRPr="00847153" w14:paraId="53E1F62C" w14:textId="77777777" w:rsidTr="00847153">
        <w:trPr>
          <w:jc w:val="center"/>
        </w:trPr>
        <w:tc>
          <w:tcPr>
            <w:tcW w:w="6166" w:type="dxa"/>
          </w:tcPr>
          <w:p w14:paraId="35E9B76F" w14:textId="77777777" w:rsidR="00847153" w:rsidRPr="00847153" w:rsidRDefault="00847153">
            <w:pPr>
              <w:spacing w:before="40" w:after="40"/>
              <w:jc w:val="center"/>
              <w:rPr>
                <w:sz w:val="28"/>
                <w:szCs w:val="28"/>
              </w:rPr>
            </w:pPr>
            <w:r w:rsidRPr="00847153">
              <w:rPr>
                <w:b/>
                <w:sz w:val="28"/>
                <w:szCs w:val="28"/>
              </w:rPr>
              <w:t>Khoản mục</w:t>
            </w:r>
          </w:p>
        </w:tc>
        <w:tc>
          <w:tcPr>
            <w:tcW w:w="3119" w:type="dxa"/>
          </w:tcPr>
          <w:p w14:paraId="622EE88D" w14:textId="66E45855" w:rsidR="00847153" w:rsidRPr="00847153" w:rsidRDefault="00847153">
            <w:pPr>
              <w:spacing w:before="40" w:after="40"/>
              <w:jc w:val="center"/>
              <w:rPr>
                <w:sz w:val="28"/>
                <w:szCs w:val="28"/>
              </w:rPr>
            </w:pPr>
            <w:r>
              <w:rPr>
                <w:b/>
                <w:sz w:val="28"/>
                <w:szCs w:val="28"/>
              </w:rPr>
              <w:t>Sau</w:t>
            </w:r>
            <w:r w:rsidRPr="00847153">
              <w:rPr>
                <w:b/>
                <w:sz w:val="28"/>
                <w:szCs w:val="28"/>
              </w:rPr>
              <w:t xml:space="preserve"> thuế (đồng)</w:t>
            </w:r>
          </w:p>
        </w:tc>
      </w:tr>
      <w:tr w:rsidR="00847153" w:rsidRPr="00847153" w14:paraId="0B3EED3B" w14:textId="77777777" w:rsidTr="00847153">
        <w:trPr>
          <w:jc w:val="center"/>
        </w:trPr>
        <w:tc>
          <w:tcPr>
            <w:tcW w:w="6166" w:type="dxa"/>
          </w:tcPr>
          <w:p w14:paraId="1EADC7E2" w14:textId="77777777" w:rsidR="00847153" w:rsidRPr="00847153" w:rsidRDefault="00847153">
            <w:pPr>
              <w:spacing w:before="40" w:after="40"/>
              <w:rPr>
                <w:sz w:val="28"/>
                <w:szCs w:val="28"/>
              </w:rPr>
            </w:pPr>
            <w:r w:rsidRPr="00847153">
              <w:rPr>
                <w:sz w:val="28"/>
                <w:szCs w:val="28"/>
              </w:rPr>
              <w:t>Mua sắm, lắp đặt thiết bị công nghệ số và hạ tầng kỹ thuật phòng máy chủ</w:t>
            </w:r>
          </w:p>
        </w:tc>
        <w:tc>
          <w:tcPr>
            <w:tcW w:w="3119" w:type="dxa"/>
            <w:vMerge w:val="restart"/>
          </w:tcPr>
          <w:p w14:paraId="0BD9F109" w14:textId="2B441FBC" w:rsidR="00847153" w:rsidRPr="00847153" w:rsidRDefault="00847153" w:rsidP="00847153">
            <w:pPr>
              <w:spacing w:before="40" w:after="40"/>
              <w:jc w:val="center"/>
              <w:rPr>
                <w:sz w:val="28"/>
                <w:szCs w:val="28"/>
                <w:lang w:val="vi-VN"/>
              </w:rPr>
            </w:pPr>
            <w:r>
              <w:rPr>
                <w:sz w:val="28"/>
                <w:szCs w:val="28"/>
                <w:lang w:val="vi-VN"/>
              </w:rPr>
              <w:t>12.000.000.000</w:t>
            </w:r>
          </w:p>
        </w:tc>
      </w:tr>
      <w:tr w:rsidR="00847153" w:rsidRPr="00847153" w14:paraId="2156BCDE" w14:textId="77777777" w:rsidTr="00847153">
        <w:trPr>
          <w:jc w:val="center"/>
        </w:trPr>
        <w:tc>
          <w:tcPr>
            <w:tcW w:w="6166" w:type="dxa"/>
          </w:tcPr>
          <w:p w14:paraId="081FB1DA" w14:textId="77777777" w:rsidR="00847153" w:rsidRPr="00847153" w:rsidRDefault="00847153">
            <w:pPr>
              <w:spacing w:before="40" w:after="40"/>
              <w:rPr>
                <w:sz w:val="28"/>
                <w:szCs w:val="28"/>
              </w:rPr>
            </w:pPr>
            <w:r w:rsidRPr="00847153">
              <w:rPr>
                <w:sz w:val="28"/>
                <w:szCs w:val="28"/>
              </w:rPr>
              <w:t>Triển khai, tích hợp, kết nối, chuyển đổi dữ liệu</w:t>
            </w:r>
          </w:p>
        </w:tc>
        <w:tc>
          <w:tcPr>
            <w:tcW w:w="3119" w:type="dxa"/>
            <w:vMerge/>
          </w:tcPr>
          <w:p w14:paraId="42F69B43" w14:textId="53A9814A" w:rsidR="00847153" w:rsidRPr="00847153" w:rsidRDefault="00847153">
            <w:pPr>
              <w:spacing w:before="40" w:after="40"/>
              <w:jc w:val="right"/>
              <w:rPr>
                <w:sz w:val="28"/>
                <w:szCs w:val="28"/>
              </w:rPr>
            </w:pPr>
          </w:p>
        </w:tc>
      </w:tr>
      <w:tr w:rsidR="00847153" w:rsidRPr="00847153" w14:paraId="17012A38" w14:textId="77777777" w:rsidTr="00847153">
        <w:trPr>
          <w:jc w:val="center"/>
        </w:trPr>
        <w:tc>
          <w:tcPr>
            <w:tcW w:w="6166" w:type="dxa"/>
          </w:tcPr>
          <w:p w14:paraId="1798598E" w14:textId="4A1C51A0" w:rsidR="00847153" w:rsidRPr="00847153" w:rsidRDefault="00847153">
            <w:pPr>
              <w:spacing w:before="40" w:after="40"/>
              <w:rPr>
                <w:sz w:val="28"/>
                <w:szCs w:val="28"/>
              </w:rPr>
            </w:pPr>
            <w:r w:rsidRPr="00847153">
              <w:rPr>
                <w:sz w:val="28"/>
                <w:szCs w:val="28"/>
              </w:rPr>
              <w:t>Hỗ trợ, quản trị, vận hành trước khi nghiệm thu bàn giao</w:t>
            </w:r>
          </w:p>
        </w:tc>
        <w:tc>
          <w:tcPr>
            <w:tcW w:w="3119" w:type="dxa"/>
            <w:vMerge/>
          </w:tcPr>
          <w:p w14:paraId="4AB06C4F" w14:textId="28D1E207" w:rsidR="00847153" w:rsidRPr="00847153" w:rsidRDefault="00847153">
            <w:pPr>
              <w:spacing w:before="40" w:after="40"/>
              <w:jc w:val="right"/>
              <w:rPr>
                <w:sz w:val="28"/>
                <w:szCs w:val="28"/>
              </w:rPr>
            </w:pPr>
          </w:p>
        </w:tc>
      </w:tr>
    </w:tbl>
    <w:p w14:paraId="0028EB2A" w14:textId="103A348F" w:rsidR="00B32DF4" w:rsidRPr="00847153" w:rsidRDefault="00B32DF4">
      <w:pPr>
        <w:jc w:val="both"/>
        <w:rPr>
          <w:sz w:val="28"/>
          <w:szCs w:val="28"/>
          <w:lang w:val="vi-VN"/>
        </w:rPr>
      </w:pPr>
    </w:p>
    <w:sectPr w:rsidR="00B32DF4" w:rsidRPr="00847153"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3244897">
    <w:abstractNumId w:val="8"/>
  </w:num>
  <w:num w:numId="2" w16cid:durableId="1896231005">
    <w:abstractNumId w:val="6"/>
  </w:num>
  <w:num w:numId="3" w16cid:durableId="890074952">
    <w:abstractNumId w:val="5"/>
  </w:num>
  <w:num w:numId="4" w16cid:durableId="1077552048">
    <w:abstractNumId w:val="4"/>
  </w:num>
  <w:num w:numId="5" w16cid:durableId="1735080575">
    <w:abstractNumId w:val="7"/>
  </w:num>
  <w:num w:numId="6" w16cid:durableId="2140299386">
    <w:abstractNumId w:val="3"/>
  </w:num>
  <w:num w:numId="7" w16cid:durableId="399521112">
    <w:abstractNumId w:val="2"/>
  </w:num>
  <w:num w:numId="8" w16cid:durableId="1220629283">
    <w:abstractNumId w:val="1"/>
  </w:num>
  <w:num w:numId="9" w16cid:durableId="15614062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560A"/>
    <w:rsid w:val="0029639D"/>
    <w:rsid w:val="00326F90"/>
    <w:rsid w:val="00847153"/>
    <w:rsid w:val="00A717E6"/>
    <w:rsid w:val="00AA1D8D"/>
    <w:rsid w:val="00B32DF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BA8FB7"/>
  <w14:defaultImageDpi w14:val="300"/>
  <w15:docId w15:val="{3335F17B-71D8-B24A-8FC9-BE2DCAA2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Buu Le</cp:lastModifiedBy>
  <cp:revision>2</cp:revision>
  <dcterms:created xsi:type="dcterms:W3CDTF">2013-12-23T23:15:00Z</dcterms:created>
  <dcterms:modified xsi:type="dcterms:W3CDTF">2026-09-08T07:04:00Z</dcterms:modified>
  <cp:category/>
</cp:coreProperties>
</file>